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60"/>
      </w:tblGrid>
      <w:tr w:rsidR="00B22DC2">
        <w:trPr>
          <w:jc w:val="center"/>
        </w:trPr>
        <w:tc>
          <w:tcPr>
            <w:tcW w:w="9360" w:type="dxa"/>
            <w:tcBorders>
              <w:top w:val="double" w:sz="24" w:space="0" w:color="880E4F"/>
              <w:left w:val="double" w:sz="24" w:space="0" w:color="880E4F"/>
              <w:bottom w:val="double" w:sz="24" w:space="0" w:color="880E4F"/>
              <w:right w:val="double" w:sz="24" w:space="0" w:color="880E4F"/>
            </w:tcBorders>
            <w:shd w:val="clear" w:color="auto" w:fill="FAFAFA"/>
          </w:tcPr>
          <w:p w:rsidR="00B22DC2" w:rsidRDefault="001D2B2F">
            <w:pPr>
              <w:jc w:val="center"/>
            </w:pPr>
            <w:r>
              <w:rPr>
                <w:rFonts w:ascii="Georgia" w:hAnsi="Georgia"/>
                <w:color w:val="D4AF37"/>
                <w:sz w:val="28"/>
              </w:rPr>
              <w:br/>
              <w:t>❖ ════════════════════════════ ❖</w:t>
            </w:r>
            <w:r>
              <w:rPr>
                <w:rFonts w:ascii="Georgia" w:hAnsi="Georgia"/>
                <w:color w:val="D4AF37"/>
                <w:sz w:val="28"/>
              </w:rPr>
              <w:br/>
            </w:r>
            <w:r>
              <w:rPr>
                <w:rFonts w:ascii="Georgia" w:hAnsi="Georgia"/>
                <w:color w:val="D4AF37"/>
                <w:sz w:val="28"/>
              </w:rPr>
              <w:br/>
            </w:r>
          </w:p>
          <w:p w:rsidR="00B22DC2" w:rsidRDefault="001D2B2F">
            <w:pPr>
              <w:jc w:val="center"/>
            </w:pPr>
            <w:r>
              <w:rPr>
                <w:rFonts w:ascii="Georgia" w:hAnsi="Georgia"/>
                <w:b/>
                <w:color w:val="880E4F"/>
                <w:sz w:val="28"/>
              </w:rPr>
              <w:t>2026 - 2027 EĞİTİM - ÖĞRETİM YILI</w:t>
            </w:r>
          </w:p>
          <w:p w:rsidR="00B22DC2" w:rsidRDefault="001D2B2F">
            <w:pPr>
              <w:jc w:val="center"/>
            </w:pPr>
            <w:r>
              <w:rPr>
                <w:color w:val="D4AF37"/>
              </w:rPr>
              <w:t>───────────────────────────</w:t>
            </w:r>
          </w:p>
          <w:p w:rsidR="00B22DC2" w:rsidRDefault="001D2B2F">
            <w:pPr>
              <w:jc w:val="center"/>
            </w:pPr>
            <w:r>
              <w:rPr>
                <w:rFonts w:ascii="Georgia" w:hAnsi="Georgia"/>
                <w:b/>
                <w:color w:val="4A148C"/>
                <w:sz w:val="56"/>
              </w:rPr>
              <w:br/>
              <w:t>SINAV VE DEĞERLENDİRME</w:t>
            </w:r>
            <w:r>
              <w:rPr>
                <w:rFonts w:ascii="Georgia" w:hAnsi="Georgia"/>
                <w:b/>
                <w:color w:val="4A148C"/>
                <w:sz w:val="56"/>
              </w:rPr>
              <w:br/>
              <w:t>BELGELERİ DOSYASI</w:t>
            </w:r>
            <w:r>
              <w:rPr>
                <w:rFonts w:ascii="Georgia" w:hAnsi="Georgia"/>
                <w:b/>
                <w:color w:val="4A148C"/>
                <w:sz w:val="56"/>
              </w:rPr>
              <w:br/>
            </w:r>
          </w:p>
          <w:p w:rsidR="00B22DC2" w:rsidRDefault="001D2B2F" w:rsidP="00317E24">
            <w:pPr>
              <w:jc w:val="center"/>
            </w:pPr>
            <w:r>
              <w:rPr>
                <w:color w:val="D4AF37"/>
              </w:rPr>
              <w:t>───────────────────────────</w:t>
            </w:r>
            <w:r>
              <w:rPr>
                <w:color w:val="D4AF37"/>
              </w:rPr>
              <w:br/>
            </w:r>
            <w:r>
              <w:rPr>
                <w:color w:val="D4AF37"/>
              </w:rPr>
              <w:br/>
            </w:r>
            <w:bookmarkStart w:id="0" w:name="_GoBack"/>
            <w:bookmarkEnd w:id="0"/>
            <w:r>
              <w:rPr>
                <w:sz w:val="40"/>
              </w:rPr>
              <w:br/>
            </w:r>
          </w:p>
          <w:p w:rsidR="00B22DC2" w:rsidRDefault="001D2B2F">
            <w:pPr>
              <w:jc w:val="center"/>
            </w:pPr>
            <w:r>
              <w:rPr>
                <w:rFonts w:ascii="Georgia" w:hAnsi="Georgia"/>
                <w:color w:val="787878"/>
              </w:rPr>
              <w:br/>
            </w:r>
            <w:r>
              <w:rPr>
                <w:rFonts w:ascii="Georgia" w:hAnsi="Georgia"/>
                <w:b/>
                <w:color w:val="282828"/>
                <w:sz w:val="24"/>
              </w:rPr>
              <w:t>.................................................................... İLKOKULU / ORTAOKULU / LİSESİ</w:t>
            </w:r>
            <w:r>
              <w:rPr>
                <w:rFonts w:ascii="Georgia" w:hAnsi="Georgia"/>
                <w:b/>
                <w:color w:val="282828"/>
                <w:sz w:val="24"/>
              </w:rPr>
              <w:br/>
            </w:r>
            <w:r>
              <w:rPr>
                <w:rFonts w:ascii="Georgia" w:hAnsi="Georgia"/>
                <w:b/>
                <w:color w:val="282828"/>
                <w:sz w:val="24"/>
              </w:rPr>
              <w:br/>
            </w:r>
          </w:p>
          <w:p w:rsidR="00B22DC2" w:rsidRDefault="001D2B2F">
            <w:pPr>
              <w:jc w:val="center"/>
            </w:pPr>
            <w:r>
              <w:rPr>
                <w:rFonts w:ascii="Georgia" w:hAnsi="Georgia"/>
                <w:b/>
                <w:color w:val="880E4F"/>
                <w:sz w:val="24"/>
              </w:rPr>
              <w:t xml:space="preserve">DERSİN ADI: </w:t>
            </w:r>
            <w:r>
              <w:rPr>
                <w:rFonts w:ascii="Georgia" w:hAnsi="Georgia"/>
                <w:color w:val="323232"/>
                <w:sz w:val="24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b/>
                <w:color w:val="880E4F"/>
                <w:sz w:val="24"/>
              </w:rPr>
              <w:t xml:space="preserve">SINIF / ŞUBE: </w:t>
            </w:r>
            <w:r>
              <w:rPr>
                <w:rFonts w:ascii="Georgia" w:hAnsi="Georgia"/>
                <w:color w:val="323232"/>
                <w:sz w:val="24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b/>
                <w:color w:val="880E4F"/>
                <w:sz w:val="24"/>
              </w:rPr>
              <w:t xml:space="preserve">ÖĞRETMENİN ADI </w:t>
            </w:r>
            <w:r>
              <w:rPr>
                <w:rFonts w:ascii="Georgia" w:hAnsi="Georgia"/>
                <w:b/>
                <w:color w:val="880E4F"/>
                <w:sz w:val="24"/>
              </w:rPr>
              <w:t xml:space="preserve">SOYADI: </w:t>
            </w:r>
            <w:r>
              <w:rPr>
                <w:rFonts w:ascii="Georgia" w:hAnsi="Georgia"/>
                <w:color w:val="323232"/>
                <w:sz w:val="24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color w:val="323232"/>
                <w:sz w:val="24"/>
              </w:rPr>
              <w:br/>
            </w:r>
          </w:p>
          <w:p w:rsidR="00B22DC2" w:rsidRDefault="001D2B2F">
            <w:pPr>
              <w:jc w:val="center"/>
            </w:pPr>
            <w:r>
              <w:rPr>
                <w:rFonts w:ascii="Georgia" w:hAnsi="Georgia"/>
                <w:color w:val="D4AF37"/>
                <w:sz w:val="28"/>
              </w:rPr>
              <w:t>❖</w:t>
            </w:r>
            <w:r>
              <w:rPr>
                <w:rFonts w:ascii="Georgia" w:hAnsi="Georgia"/>
                <w:color w:val="D4AF37"/>
                <w:sz w:val="28"/>
              </w:rPr>
              <w:t xml:space="preserve"> ════════════════════════════ ❖</w:t>
            </w:r>
            <w:r>
              <w:rPr>
                <w:rFonts w:ascii="Georgia" w:hAnsi="Georgia"/>
                <w:color w:val="D4AF37"/>
                <w:sz w:val="28"/>
              </w:rPr>
              <w:br/>
            </w:r>
          </w:p>
        </w:tc>
      </w:tr>
    </w:tbl>
    <w:p w:rsidR="001D2B2F" w:rsidRDefault="001D2B2F"/>
    <w:sectPr w:rsidR="001D2B2F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D2B2F"/>
    <w:rsid w:val="0029639D"/>
    <w:rsid w:val="00317E24"/>
    <w:rsid w:val="00326F90"/>
    <w:rsid w:val="00AA1D8D"/>
    <w:rsid w:val="00B22DC2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FDF08C1-EBA4-4482-8B0F-D9297DC69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530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Windows Kullanıcısı</cp:lastModifiedBy>
  <cp:revision>3</cp:revision>
  <dcterms:created xsi:type="dcterms:W3CDTF">2013-12-23T23:15:00Z</dcterms:created>
  <dcterms:modified xsi:type="dcterms:W3CDTF">2026-11-01T16:06:00Z</dcterms:modified>
  <cp:category/>
</cp:coreProperties>
</file>