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360"/>
      </w:tblGrid>
      <w:tr w:rsidR="00B25D5D">
        <w:trPr>
          <w:jc w:val="center"/>
        </w:trPr>
        <w:tc>
          <w:tcPr>
            <w:tcW w:w="9360" w:type="dxa"/>
            <w:tcBorders>
              <w:top w:val="double" w:sz="24" w:space="0" w:color="E65100"/>
              <w:left w:val="double" w:sz="24" w:space="0" w:color="E65100"/>
              <w:bottom w:val="double" w:sz="24" w:space="0" w:color="E65100"/>
              <w:right w:val="double" w:sz="24" w:space="0" w:color="E65100"/>
            </w:tcBorders>
            <w:shd w:val="clear" w:color="auto" w:fill="FAFAFA"/>
          </w:tcPr>
          <w:p w:rsidR="00B25D5D" w:rsidRDefault="00C97BCA">
            <w:pPr>
              <w:jc w:val="center"/>
            </w:pPr>
            <w:r>
              <w:rPr>
                <w:rFonts w:ascii="Georgia" w:hAnsi="Georgia"/>
                <w:color w:val="D4AF37"/>
                <w:sz w:val="28"/>
              </w:rPr>
              <w:br/>
              <w:t>❖ ════════════════════════════ ❖</w:t>
            </w:r>
            <w:r>
              <w:rPr>
                <w:rFonts w:ascii="Georgia" w:hAnsi="Georgia"/>
                <w:color w:val="D4AF37"/>
                <w:sz w:val="28"/>
              </w:rPr>
              <w:br/>
            </w:r>
            <w:r>
              <w:rPr>
                <w:rFonts w:ascii="Georgia" w:hAnsi="Georgia"/>
                <w:color w:val="D4AF37"/>
                <w:sz w:val="28"/>
              </w:rPr>
              <w:br/>
            </w:r>
          </w:p>
          <w:p w:rsidR="00B25D5D" w:rsidRDefault="00C97BCA">
            <w:pPr>
              <w:jc w:val="center"/>
            </w:pPr>
            <w:r>
              <w:rPr>
                <w:rFonts w:ascii="Georgia" w:hAnsi="Georgia"/>
                <w:b/>
                <w:color w:val="E65100"/>
                <w:sz w:val="28"/>
              </w:rPr>
              <w:t>2026 - 2027 EĞİTİM - ÖĞRETİM YILI</w:t>
            </w:r>
          </w:p>
          <w:p w:rsidR="00B25D5D" w:rsidRDefault="00C97BCA">
            <w:pPr>
              <w:jc w:val="center"/>
            </w:pPr>
            <w:r>
              <w:rPr>
                <w:color w:val="D4AF37"/>
              </w:rPr>
              <w:t>───────────────────────────</w:t>
            </w:r>
          </w:p>
          <w:p w:rsidR="00B25D5D" w:rsidRDefault="00C97BCA">
            <w:pPr>
              <w:jc w:val="center"/>
            </w:pPr>
            <w:r>
              <w:rPr>
                <w:rFonts w:ascii="Georgia" w:hAnsi="Georgia"/>
                <w:b/>
                <w:color w:val="BF360C"/>
                <w:sz w:val="56"/>
              </w:rPr>
              <w:br/>
              <w:t>SOSYAL KULÜP DOSYASI</w:t>
            </w:r>
            <w:r>
              <w:rPr>
                <w:rFonts w:ascii="Georgia" w:hAnsi="Georgia"/>
                <w:b/>
                <w:color w:val="BF360C"/>
                <w:sz w:val="56"/>
              </w:rPr>
              <w:br/>
              <w:t>VE BELGELERİ</w:t>
            </w:r>
            <w:r>
              <w:rPr>
                <w:rFonts w:ascii="Georgia" w:hAnsi="Georgia"/>
                <w:b/>
                <w:color w:val="BF360C"/>
                <w:sz w:val="56"/>
              </w:rPr>
              <w:br/>
            </w:r>
          </w:p>
          <w:p w:rsidR="00B25D5D" w:rsidRDefault="001A6E8F" w:rsidP="001A6E8F">
            <w:pPr>
              <w:jc w:val="center"/>
            </w:pPr>
            <w:r>
              <w:rPr>
                <w:color w:val="D4AF37"/>
              </w:rPr>
              <w:t>───────────────────────────</w:t>
            </w:r>
            <w:r>
              <w:rPr>
                <w:color w:val="D4AF37"/>
              </w:rPr>
              <w:br/>
            </w:r>
            <w:r>
              <w:rPr>
                <w:sz w:val="40"/>
              </w:rPr>
              <w:br/>
            </w:r>
            <w:bookmarkStart w:id="0" w:name="_GoBack"/>
            <w:bookmarkEnd w:id="0"/>
            <w:r w:rsidR="00C97BCA">
              <w:rPr>
                <w:sz w:val="40"/>
              </w:rPr>
              <w:br/>
            </w:r>
          </w:p>
          <w:p w:rsidR="00B25D5D" w:rsidRDefault="00C97BCA">
            <w:pPr>
              <w:jc w:val="center"/>
            </w:pPr>
            <w:r>
              <w:rPr>
                <w:rFonts w:ascii="Georgia" w:hAnsi="Georgia"/>
                <w:color w:val="787878"/>
              </w:rPr>
              <w:br/>
            </w:r>
            <w:r>
              <w:rPr>
                <w:rFonts w:ascii="Georgia" w:hAnsi="Georgia"/>
                <w:b/>
                <w:color w:val="282828"/>
                <w:sz w:val="24"/>
              </w:rPr>
              <w:t>.................................................................... İLKOKULU / ORTAOKULU / LİSESİ</w:t>
            </w:r>
            <w:r>
              <w:rPr>
                <w:rFonts w:ascii="Georgia" w:hAnsi="Georgia"/>
                <w:b/>
                <w:color w:val="282828"/>
                <w:sz w:val="24"/>
              </w:rPr>
              <w:br/>
            </w:r>
            <w:r>
              <w:rPr>
                <w:rFonts w:ascii="Georgia" w:hAnsi="Georgia"/>
                <w:b/>
                <w:color w:val="282828"/>
                <w:sz w:val="24"/>
              </w:rPr>
              <w:br/>
            </w:r>
          </w:p>
          <w:p w:rsidR="00B25D5D" w:rsidRDefault="00C97BCA">
            <w:pPr>
              <w:jc w:val="center"/>
            </w:pPr>
            <w:r>
              <w:rPr>
                <w:rFonts w:ascii="Georgia" w:hAnsi="Georgia"/>
                <w:b/>
                <w:color w:val="E65100"/>
                <w:sz w:val="24"/>
              </w:rPr>
              <w:t xml:space="preserve">KULÜBÜN ADI: </w:t>
            </w:r>
            <w:r>
              <w:rPr>
                <w:rFonts w:ascii="Georgia" w:hAnsi="Georgia"/>
                <w:color w:val="323232"/>
                <w:sz w:val="24"/>
              </w:rPr>
              <w:t>.......................................................</w:t>
            </w:r>
            <w:r>
              <w:rPr>
                <w:rFonts w:ascii="Georgia" w:hAnsi="Georgia"/>
                <w:color w:val="323232"/>
                <w:sz w:val="24"/>
              </w:rPr>
              <w:br/>
            </w:r>
            <w:r>
              <w:rPr>
                <w:rFonts w:ascii="Georgia" w:hAnsi="Georgia"/>
                <w:color w:val="323232"/>
                <w:sz w:val="24"/>
              </w:rPr>
              <w:br/>
            </w:r>
            <w:r>
              <w:rPr>
                <w:rFonts w:ascii="Georgia" w:hAnsi="Georgia"/>
                <w:b/>
                <w:color w:val="E65100"/>
                <w:sz w:val="24"/>
              </w:rPr>
              <w:t xml:space="preserve">DANIŞMAN ÖĞRETMEN(LER): </w:t>
            </w:r>
            <w:r>
              <w:rPr>
                <w:rFonts w:ascii="Georgia" w:hAnsi="Georgia"/>
                <w:color w:val="323232"/>
                <w:sz w:val="24"/>
              </w:rPr>
              <w:t>.......................................................</w:t>
            </w:r>
            <w:r>
              <w:rPr>
                <w:rFonts w:ascii="Georgia" w:hAnsi="Georgia"/>
                <w:color w:val="323232"/>
                <w:sz w:val="24"/>
              </w:rPr>
              <w:br/>
            </w:r>
            <w:r>
              <w:rPr>
                <w:rFonts w:ascii="Georgia" w:hAnsi="Georgia"/>
                <w:color w:val="323232"/>
                <w:sz w:val="24"/>
              </w:rPr>
              <w:br/>
            </w:r>
            <w:r>
              <w:rPr>
                <w:rFonts w:ascii="Georgia" w:hAnsi="Georgia"/>
                <w:b/>
                <w:color w:val="E65100"/>
                <w:sz w:val="24"/>
              </w:rPr>
              <w:t>KULÜ</w:t>
            </w:r>
            <w:r>
              <w:rPr>
                <w:rFonts w:ascii="Georgia" w:hAnsi="Georgia"/>
                <w:b/>
                <w:color w:val="E65100"/>
                <w:sz w:val="24"/>
              </w:rPr>
              <w:t xml:space="preserve">P BAŞKANI: </w:t>
            </w:r>
            <w:r>
              <w:rPr>
                <w:rFonts w:ascii="Georgia" w:hAnsi="Georgia"/>
                <w:color w:val="323232"/>
                <w:sz w:val="24"/>
              </w:rPr>
              <w:t>.......................................................</w:t>
            </w:r>
            <w:r>
              <w:rPr>
                <w:rFonts w:ascii="Georgia" w:hAnsi="Georgia"/>
                <w:color w:val="323232"/>
                <w:sz w:val="24"/>
              </w:rPr>
              <w:br/>
            </w:r>
            <w:r>
              <w:rPr>
                <w:rFonts w:ascii="Georgia" w:hAnsi="Georgia"/>
                <w:color w:val="323232"/>
                <w:sz w:val="24"/>
              </w:rPr>
              <w:br/>
            </w:r>
          </w:p>
          <w:p w:rsidR="00B25D5D" w:rsidRDefault="00C97BCA">
            <w:pPr>
              <w:jc w:val="center"/>
            </w:pPr>
            <w:r>
              <w:rPr>
                <w:rFonts w:ascii="Georgia" w:hAnsi="Georgia"/>
                <w:color w:val="D4AF37"/>
                <w:sz w:val="28"/>
              </w:rPr>
              <w:t>❖</w:t>
            </w:r>
            <w:r>
              <w:rPr>
                <w:rFonts w:ascii="Georgia" w:hAnsi="Georgia"/>
                <w:color w:val="D4AF37"/>
                <w:sz w:val="28"/>
              </w:rPr>
              <w:t xml:space="preserve"> ════════════════════════════ ❖</w:t>
            </w:r>
            <w:r>
              <w:rPr>
                <w:rFonts w:ascii="Georgia" w:hAnsi="Georgia"/>
                <w:color w:val="D4AF37"/>
                <w:sz w:val="28"/>
              </w:rPr>
              <w:br/>
            </w:r>
          </w:p>
        </w:tc>
      </w:tr>
    </w:tbl>
    <w:p w:rsidR="00C97BCA" w:rsidRDefault="00C97BCA"/>
    <w:sectPr w:rsidR="00C97BCA" w:rsidSect="000346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1A6E8F"/>
    <w:rsid w:val="0029639D"/>
    <w:rsid w:val="00326F90"/>
    <w:rsid w:val="00AA1D8D"/>
    <w:rsid w:val="00B25D5D"/>
    <w:rsid w:val="00B47730"/>
    <w:rsid w:val="00C97BCA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Trnak">
    <w:name w:val="Quote"/>
    <w:basedOn w:val="Normal"/>
    <w:next w:val="Normal"/>
    <w:link w:val="TrnakChar"/>
    <w:uiPriority w:val="29"/>
    <w:qFormat/>
    <w:rsid w:val="00FC693F"/>
    <w:rPr>
      <w:i/>
      <w:iCs/>
      <w:color w:val="000000" w:themeColor="text1"/>
    </w:rPr>
  </w:style>
  <w:style w:type="character" w:customStyle="1" w:styleId="TrnakChar">
    <w:name w:val="Tırnak Char"/>
    <w:basedOn w:val="VarsaylanParagrafYazTipi"/>
    <w:link w:val="Trnak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KeskinTrnak">
    <w:name w:val="Intense Quote"/>
    <w:basedOn w:val="Normal"/>
    <w:next w:val="Normal"/>
    <w:link w:val="KeskinTrnak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eskinTrnakChar">
    <w:name w:val="Keskin Tırnak Char"/>
    <w:basedOn w:val="VarsaylanParagrafYazTipi"/>
    <w:link w:val="KeskinTrnak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Trnak">
    <w:name w:val="Quote"/>
    <w:basedOn w:val="Normal"/>
    <w:next w:val="Normal"/>
    <w:link w:val="TrnakChar"/>
    <w:uiPriority w:val="29"/>
    <w:qFormat/>
    <w:rsid w:val="00FC693F"/>
    <w:rPr>
      <w:i/>
      <w:iCs/>
      <w:color w:val="000000" w:themeColor="text1"/>
    </w:rPr>
  </w:style>
  <w:style w:type="character" w:customStyle="1" w:styleId="TrnakChar">
    <w:name w:val="Tırnak Char"/>
    <w:basedOn w:val="VarsaylanParagrafYazTipi"/>
    <w:link w:val="Trnak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KeskinTrnak">
    <w:name w:val="Intense Quote"/>
    <w:basedOn w:val="Normal"/>
    <w:next w:val="Normal"/>
    <w:link w:val="KeskinTrnak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eskinTrnakChar">
    <w:name w:val="Keskin Tırnak Char"/>
    <w:basedOn w:val="VarsaylanParagrafYazTipi"/>
    <w:link w:val="KeskinTrnak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0CC408A-3367-4A41-B5CF-C135CD61A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526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Windows Kullanıcısı</cp:lastModifiedBy>
  <cp:revision>3</cp:revision>
  <dcterms:created xsi:type="dcterms:W3CDTF">2013-12-23T23:15:00Z</dcterms:created>
  <dcterms:modified xsi:type="dcterms:W3CDTF">2026-11-01T15:44:00Z</dcterms:modified>
  <cp:category/>
</cp:coreProperties>
</file>