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B23F23">
        <w:trPr>
          <w:jc w:val="center"/>
        </w:trPr>
        <w:tc>
          <w:tcPr>
            <w:tcW w:w="9360" w:type="dxa"/>
            <w:tcBorders>
              <w:top w:val="double" w:sz="24" w:space="0" w:color="4A148C"/>
              <w:left w:val="double" w:sz="24" w:space="0" w:color="4A148C"/>
              <w:bottom w:val="double" w:sz="24" w:space="0" w:color="4A148C"/>
              <w:right w:val="double" w:sz="24" w:space="0" w:color="4A148C"/>
            </w:tcBorders>
            <w:shd w:val="clear" w:color="auto" w:fill="FAFAFA"/>
          </w:tcPr>
          <w:p w:rsidR="00B23F23" w:rsidRDefault="00F76781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B23F23" w:rsidRDefault="00F76781">
            <w:pPr>
              <w:jc w:val="center"/>
            </w:pPr>
            <w:r>
              <w:rPr>
                <w:rFonts w:ascii="Georgia" w:hAnsi="Georgia"/>
                <w:b/>
                <w:color w:val="4A148C"/>
                <w:sz w:val="28"/>
              </w:rPr>
              <w:t>2026 - 2027 EĞİTİM - ÖĞRETİM YILI</w:t>
            </w:r>
          </w:p>
          <w:p w:rsidR="00B23F23" w:rsidRDefault="00F76781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B23F23" w:rsidRDefault="00F76781">
            <w:pPr>
              <w:jc w:val="center"/>
            </w:pPr>
            <w:r>
              <w:rPr>
                <w:rFonts w:ascii="Georgia" w:hAnsi="Georgia"/>
                <w:b/>
                <w:color w:val="6A1B9A"/>
                <w:sz w:val="56"/>
              </w:rPr>
              <w:br/>
              <w:t>BİREYSELLEŞTİRİLMİŞ EĞİTİM</w:t>
            </w:r>
            <w:r>
              <w:rPr>
                <w:rFonts w:ascii="Georgia" w:hAnsi="Georgia"/>
                <w:b/>
                <w:color w:val="6A1B9A"/>
                <w:sz w:val="56"/>
              </w:rPr>
              <w:br/>
              <w:t>PLANLARI (BEP) DOSYASI</w:t>
            </w:r>
            <w:r>
              <w:rPr>
                <w:rFonts w:ascii="Georgia" w:hAnsi="Georgia"/>
                <w:b/>
                <w:color w:val="6A1B9A"/>
                <w:sz w:val="56"/>
              </w:rPr>
              <w:br/>
            </w:r>
          </w:p>
          <w:p w:rsidR="00B23F23" w:rsidRDefault="00450773" w:rsidP="00450773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 w:rsidR="00F76781">
              <w:rPr>
                <w:sz w:val="40"/>
              </w:rPr>
              <w:br/>
            </w:r>
          </w:p>
          <w:p w:rsidR="00B23F23" w:rsidRDefault="00F76781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B23F23" w:rsidRDefault="00F76781">
            <w:pPr>
              <w:jc w:val="center"/>
            </w:pPr>
            <w:r>
              <w:rPr>
                <w:rFonts w:ascii="Georgia" w:hAnsi="Georgia"/>
                <w:b/>
                <w:color w:val="4A148C"/>
                <w:sz w:val="24"/>
              </w:rPr>
              <w:t xml:space="preserve">ÖĞRENCİNİN ADI SOYADI: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4A148C"/>
                <w:sz w:val="24"/>
              </w:rPr>
              <w:t xml:space="preserve">SINIFI / ŞUBESİ: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4A148C"/>
                <w:sz w:val="24"/>
              </w:rPr>
              <w:t>D</w:t>
            </w:r>
            <w:r>
              <w:rPr>
                <w:rFonts w:ascii="Georgia" w:hAnsi="Georgia"/>
                <w:b/>
                <w:color w:val="4A148C"/>
                <w:sz w:val="24"/>
              </w:rPr>
              <w:t xml:space="preserve">ERSİN 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4A148C"/>
                <w:sz w:val="24"/>
              </w:rPr>
              <w:t xml:space="preserve">BEP GELİŞTİRME BİRİMİ ÖĞRETMENİ: </w:t>
            </w:r>
            <w:r>
              <w:rPr>
                <w:rFonts w:ascii="Georgia" w:hAnsi="Georgia"/>
                <w:color w:val="323232"/>
                <w:sz w:val="24"/>
              </w:rPr>
              <w:t>.........................</w:t>
            </w:r>
            <w:r w:rsidR="00450773">
              <w:rPr>
                <w:rFonts w:ascii="Georgia" w:hAnsi="Georgia"/>
                <w:color w:val="323232"/>
                <w:sz w:val="24"/>
              </w:rPr>
              <w:t>..............................</w:t>
            </w:r>
            <w:r w:rsidR="00450773">
              <w:rPr>
                <w:rFonts w:ascii="Georgia" w:hAnsi="Georgia"/>
                <w:color w:val="323232"/>
                <w:sz w:val="24"/>
              </w:rPr>
              <w:br/>
            </w:r>
            <w:bookmarkStart w:id="0" w:name="_GoBack"/>
            <w:bookmarkEnd w:id="0"/>
          </w:p>
          <w:p w:rsidR="00B23F23" w:rsidRDefault="00F76781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F76781" w:rsidRDefault="00F76781"/>
    <w:sectPr w:rsidR="00F76781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0773"/>
    <w:rsid w:val="00AA1D8D"/>
    <w:rsid w:val="00B23F23"/>
    <w:rsid w:val="00B47730"/>
    <w:rsid w:val="00CB0664"/>
    <w:rsid w:val="00F7678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7E1D0A-CB06-42C2-AFBF-23B43A5BC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2026-11-01T15:46:00Z</dcterms:modified>
  <cp:category/>
</cp:coreProperties>
</file>