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FC3D5C">
        <w:trPr>
          <w:jc w:val="center"/>
        </w:trPr>
        <w:tc>
          <w:tcPr>
            <w:tcW w:w="9360" w:type="dxa"/>
            <w:tcBorders>
              <w:top w:val="double" w:sz="24" w:space="0" w:color="0D47A1"/>
              <w:left w:val="double" w:sz="24" w:space="0" w:color="0D47A1"/>
              <w:bottom w:val="double" w:sz="24" w:space="0" w:color="0D47A1"/>
              <w:right w:val="double" w:sz="24" w:space="0" w:color="0D47A1"/>
            </w:tcBorders>
            <w:shd w:val="clear" w:color="auto" w:fill="FAFAFA"/>
          </w:tcPr>
          <w:p w:rsidR="00FC3D5C" w:rsidRDefault="000603A4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br/>
              <w:t>❖</w:t>
            </w:r>
            <w:r w:rsidR="00696F48">
              <w:rPr>
                <w:rFonts w:ascii="Georgia" w:hAnsi="Georgia"/>
                <w:color w:val="D4AF37"/>
                <w:sz w:val="28"/>
              </w:rPr>
              <w:t xml:space="preserve">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  <w:p w:rsidR="00FC3D5C" w:rsidRDefault="000603A4">
            <w:pPr>
              <w:jc w:val="center"/>
            </w:pPr>
            <w:r>
              <w:rPr>
                <w:rFonts w:ascii="Georgia" w:hAnsi="Georgia"/>
                <w:b/>
                <w:color w:val="0D47A1"/>
                <w:sz w:val="28"/>
              </w:rPr>
              <w:t>2026 - 2027 EĞİTİM - ÖĞRETİM YILI</w:t>
            </w:r>
          </w:p>
          <w:p w:rsidR="00FC3D5C" w:rsidRDefault="000603A4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</w:p>
          <w:p w:rsidR="00FC3D5C" w:rsidRDefault="00696F48">
            <w:pPr>
              <w:jc w:val="center"/>
            </w:pPr>
            <w:r>
              <w:rPr>
                <w:rFonts w:ascii="Georgia" w:hAnsi="Georgia"/>
                <w:b/>
                <w:color w:val="1A237E"/>
                <w:sz w:val="64"/>
              </w:rPr>
              <w:br/>
              <w:t>..</w:t>
            </w:r>
            <w:r w:rsidR="000603A4">
              <w:rPr>
                <w:rFonts w:ascii="Georgia" w:hAnsi="Georgia"/>
                <w:b/>
                <w:color w:val="1A237E"/>
                <w:sz w:val="64"/>
              </w:rPr>
              <w:t>. SINIF</w:t>
            </w:r>
            <w:r w:rsidR="000603A4">
              <w:rPr>
                <w:rFonts w:ascii="Georgia" w:hAnsi="Georgia"/>
                <w:b/>
                <w:color w:val="1A237E"/>
                <w:sz w:val="64"/>
              </w:rPr>
              <w:br/>
              <w:t>ŞUBE VE ÖĞRENCİ DOSYASI</w:t>
            </w:r>
            <w:r w:rsidR="000603A4">
              <w:rPr>
                <w:rFonts w:ascii="Georgia" w:hAnsi="Georgia"/>
                <w:b/>
                <w:color w:val="1A237E"/>
                <w:sz w:val="64"/>
              </w:rPr>
              <w:br/>
            </w:r>
          </w:p>
          <w:p w:rsidR="00FC3D5C" w:rsidRDefault="00696F48" w:rsidP="00696F48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</w:p>
          <w:p w:rsidR="00FC3D5C" w:rsidRDefault="000603A4">
            <w:pPr>
              <w:jc w:val="center"/>
            </w:pPr>
            <w:r>
              <w:rPr>
                <w:rFonts w:ascii="Georgia" w:hAnsi="Georgia"/>
                <w:color w:val="787878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t xml:space="preserve">.................................................................... </w:t>
            </w:r>
            <w:r w:rsidR="00873DC7">
              <w:rPr>
                <w:rFonts w:ascii="Georgia" w:hAnsi="Georgia"/>
                <w:b/>
                <w:color w:val="282828"/>
                <w:sz w:val="24"/>
              </w:rPr>
              <w:t>İLKOKULU/</w:t>
            </w:r>
            <w:bookmarkStart w:id="0" w:name="_GoBack"/>
            <w:bookmarkEnd w:id="0"/>
            <w:r>
              <w:rPr>
                <w:rFonts w:ascii="Georgia" w:hAnsi="Georgia"/>
                <w:b/>
                <w:color w:val="282828"/>
                <w:sz w:val="24"/>
              </w:rPr>
              <w:t>ORTAOKULU / İMAM HATİP ORTAOKULU</w:t>
            </w:r>
            <w:r w:rsidR="00873DC7">
              <w:rPr>
                <w:rFonts w:ascii="Georgia" w:hAnsi="Georgia"/>
                <w:b/>
                <w:color w:val="282828"/>
                <w:sz w:val="24"/>
              </w:rPr>
              <w:t>/LİSESİ</w:t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</w:p>
          <w:p w:rsidR="00FC3D5C" w:rsidRDefault="000603A4">
            <w:pPr>
              <w:jc w:val="center"/>
            </w:pPr>
            <w:r>
              <w:rPr>
                <w:rFonts w:ascii="Georgia" w:hAnsi="Georgia"/>
                <w:b/>
                <w:color w:val="0D47A1"/>
                <w:sz w:val="24"/>
              </w:rPr>
              <w:t>SINIF / ŞUBE</w:t>
            </w:r>
            <w:proofErr w:type="gramStart"/>
            <w:r>
              <w:rPr>
                <w:rFonts w:ascii="Georgia" w:hAnsi="Georgia"/>
                <w:b/>
                <w:color w:val="0D47A1"/>
                <w:sz w:val="24"/>
              </w:rPr>
              <w:t xml:space="preserve">: </w:t>
            </w:r>
            <w:r w:rsidR="00696F48">
              <w:rPr>
                <w:rFonts w:ascii="Georgia" w:hAnsi="Georgia"/>
                <w:b/>
                <w:color w:val="0D47A1"/>
                <w:sz w:val="24"/>
              </w:rPr>
              <w:t>.</w:t>
            </w:r>
            <w:proofErr w:type="gramEnd"/>
            <w:r w:rsidR="00696F48">
              <w:rPr>
                <w:rFonts w:ascii="Georgia" w:hAnsi="Georgia"/>
                <w:color w:val="323232"/>
                <w:sz w:val="24"/>
              </w:rPr>
              <w:t>….</w:t>
            </w:r>
            <w:r>
              <w:rPr>
                <w:rFonts w:ascii="Georgia" w:hAnsi="Georgia"/>
                <w:color w:val="323232"/>
                <w:sz w:val="24"/>
              </w:rPr>
              <w:t xml:space="preserve"> / 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0D47A1"/>
                <w:sz w:val="24"/>
              </w:rPr>
              <w:t xml:space="preserve">SINIF REHBER ÖĞRETMENİ: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0D47A1"/>
                <w:sz w:val="24"/>
              </w:rPr>
              <w:t xml:space="preserve">BRANŞI: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0D47A1"/>
                <w:sz w:val="24"/>
              </w:rPr>
              <w:t xml:space="preserve">ÖĞRENCİ SAYISI: </w:t>
            </w:r>
            <w:r>
              <w:rPr>
                <w:rFonts w:ascii="Georgia" w:hAnsi="Georgia"/>
                <w:color w:val="323232"/>
                <w:sz w:val="24"/>
              </w:rPr>
              <w:t>Kız: .....  /  Erkek: .....  /  Toplam: 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</w:p>
          <w:p w:rsidR="00FC3D5C" w:rsidRDefault="000603A4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t>❖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</w:tc>
      </w:tr>
    </w:tbl>
    <w:p w:rsidR="000603A4" w:rsidRDefault="000603A4"/>
    <w:sectPr w:rsidR="000603A4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3A4"/>
    <w:rsid w:val="0006063C"/>
    <w:rsid w:val="0015074B"/>
    <w:rsid w:val="0029639D"/>
    <w:rsid w:val="00326F90"/>
    <w:rsid w:val="00696F48"/>
    <w:rsid w:val="00873DC7"/>
    <w:rsid w:val="00AA1D8D"/>
    <w:rsid w:val="00B47730"/>
    <w:rsid w:val="00CB0664"/>
    <w:rsid w:val="00FC3D5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6F1CD0B-CCCA-47BE-BAC7-BB202083F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Windows Kullanıcısı</cp:lastModifiedBy>
  <cp:revision>4</cp:revision>
  <dcterms:created xsi:type="dcterms:W3CDTF">2013-12-23T23:15:00Z</dcterms:created>
  <dcterms:modified xsi:type="dcterms:W3CDTF">2026-11-02T19:12:00Z</dcterms:modified>
  <cp:category/>
</cp:coreProperties>
</file>