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C66" w:rsidRDefault="0058310A">
      <w:pPr>
        <w:spacing w:after="40"/>
        <w:jc w:val="center"/>
      </w:pPr>
      <w:r>
        <w:rPr>
          <w:rFonts w:ascii="Georgia" w:hAnsi="Georgia"/>
          <w:b/>
          <w:color w:val="1A365D"/>
        </w:rPr>
        <w:t>.................................................................................................... İLKOKULU / ORTAOKULU / LİSESİ</w:t>
      </w:r>
      <w:r>
        <w:rPr>
          <w:rFonts w:ascii="Georgia" w:hAnsi="Georgia"/>
          <w:b/>
          <w:color w:val="1A365D"/>
        </w:rPr>
        <w:br/>
      </w:r>
      <w:r>
        <w:rPr>
          <w:rFonts w:ascii="Georgia" w:hAnsi="Georgia"/>
          <w:b/>
          <w:color w:val="1A365D"/>
          <w:sz w:val="28"/>
        </w:rPr>
        <w:t>2026 - 2027 EĞİTİM - ÖĞRETİM YILI .... /</w:t>
      </w:r>
      <w:r>
        <w:rPr>
          <w:rFonts w:ascii="Georgia" w:hAnsi="Georgia"/>
          <w:b/>
          <w:color w:val="1A365D"/>
          <w:sz w:val="28"/>
        </w:rPr>
        <w:t xml:space="preserve"> .... SINIFI SINIF OTURMA PLANI</w:t>
      </w:r>
      <w:r>
        <w:rPr>
          <w:rFonts w:ascii="Georgia" w:hAnsi="Georgia"/>
          <w:b/>
          <w:color w:val="1A365D"/>
          <w:sz w:val="28"/>
        </w:rPr>
        <w:br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4320"/>
        <w:gridCol w:w="4320"/>
        <w:gridCol w:w="3168"/>
        <w:gridCol w:w="27"/>
      </w:tblGrid>
      <w:tr w:rsidR="00B73C66">
        <w:trPr>
          <w:gridAfter w:val="1"/>
          <w:wAfter w:w="27" w:type="dxa"/>
          <w:jc w:val="center"/>
        </w:trPr>
        <w:tc>
          <w:tcPr>
            <w:tcW w:w="7488" w:type="dxa"/>
            <w:gridSpan w:val="2"/>
          </w:tcPr>
          <w:p w:rsidR="00B73C66" w:rsidRDefault="0058310A">
            <w:pPr>
              <w:spacing w:after="80"/>
            </w:pPr>
            <w:r>
              <w:rPr>
                <w:rFonts w:ascii="Georgia" w:hAnsi="Georgia"/>
                <w:b/>
                <w:color w:val="1A365D"/>
                <w:sz w:val="20"/>
              </w:rPr>
              <w:t xml:space="preserve">SINIF REHBER ÖĞRETMENİ: </w:t>
            </w:r>
            <w:r>
              <w:rPr>
                <w:rFonts w:ascii="Georgia" w:hAnsi="Georgia"/>
                <w:b/>
                <w:color w:val="1A365D"/>
                <w:sz w:val="20"/>
              </w:rPr>
              <w:t>.......................................................</w:t>
            </w:r>
          </w:p>
        </w:tc>
        <w:tc>
          <w:tcPr>
            <w:tcW w:w="7488" w:type="dxa"/>
            <w:gridSpan w:val="2"/>
          </w:tcPr>
          <w:p w:rsidR="00B73C66" w:rsidRDefault="0058310A">
            <w:pPr>
              <w:spacing w:after="80"/>
              <w:jc w:val="right"/>
            </w:pPr>
            <w:r>
              <w:rPr>
                <w:rFonts w:ascii="Georgia" w:hAnsi="Georgia"/>
                <w:b/>
                <w:color w:val="1A365D"/>
                <w:sz w:val="20"/>
              </w:rPr>
              <w:t>GÜNCELLEME TARİHİ: .... / .... / 2026</w:t>
            </w:r>
          </w:p>
        </w:tc>
      </w:tr>
      <w:tr w:rsidR="00B73C66">
        <w:tblPrEx>
          <w:tblBorders>
            <w:top w:val="single" w:sz="6" w:space="0" w:color="1A365D"/>
            <w:left w:val="single" w:sz="6" w:space="0" w:color="1A365D"/>
            <w:bottom w:val="single" w:sz="6" w:space="0" w:color="1A365D"/>
            <w:right w:val="single" w:sz="6" w:space="0" w:color="1A365D"/>
            <w:insideH w:val="single" w:sz="4" w:space="0" w:color="1A365D"/>
            <w:insideV w:val="single" w:sz="4" w:space="0" w:color="1A365D"/>
          </w:tblBorders>
        </w:tblPrEx>
        <w:trPr>
          <w:jc w:val="center"/>
        </w:trPr>
        <w:tc>
          <w:tcPr>
            <w:tcW w:w="3168" w:type="dxa"/>
            <w:shd w:val="clear" w:color="auto" w:fill="FEFC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73C66" w:rsidRDefault="0058310A">
            <w:pPr>
              <w:jc w:val="center"/>
            </w:pPr>
            <w:r>
              <w:rPr>
                <w:rFonts w:ascii="Georgia" w:hAnsi="Georgia"/>
                <w:b/>
                <w:color w:val="744210"/>
                <w:sz w:val="20"/>
              </w:rPr>
              <w:t>🚪</w:t>
            </w:r>
            <w:r>
              <w:rPr>
                <w:rFonts w:ascii="Georgia" w:hAnsi="Georgia"/>
                <w:b/>
                <w:color w:val="744210"/>
                <w:sz w:val="20"/>
              </w:rPr>
              <w:t xml:space="preserve"> SINIF KAPISI</w:t>
            </w:r>
          </w:p>
        </w:tc>
        <w:tc>
          <w:tcPr>
            <w:tcW w:w="8640" w:type="dxa"/>
            <w:gridSpan w:val="2"/>
            <w:shd w:val="clear" w:color="auto" w:fill="1A365D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73C66" w:rsidRDefault="0058310A">
            <w:pPr>
              <w:jc w:val="center"/>
            </w:pPr>
            <w:r>
              <w:rPr>
                <w:rFonts w:ascii="Georgia" w:hAnsi="Georgia"/>
                <w:b/>
                <w:color w:val="FFFFFF"/>
              </w:rPr>
              <w:t>YAZI TAHTASI</w:t>
            </w:r>
          </w:p>
        </w:tc>
        <w:tc>
          <w:tcPr>
            <w:tcW w:w="3168" w:type="dxa"/>
            <w:gridSpan w:val="2"/>
            <w:shd w:val="clear" w:color="auto" w:fill="E2E8F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9"/>
              </w:rPr>
              <w:t>Ö</w:t>
            </w:r>
            <w:r>
              <w:rPr>
                <w:rFonts w:ascii="Georgia" w:hAnsi="Georgia"/>
                <w:b/>
                <w:color w:val="1A365D"/>
                <w:sz w:val="19"/>
              </w:rPr>
              <w:t>ĞRETMEN</w:t>
            </w:r>
            <w:r>
              <w:rPr>
                <w:rFonts w:ascii="Georgia" w:hAnsi="Georgia"/>
                <w:b/>
                <w:color w:val="1A365D"/>
                <w:sz w:val="19"/>
              </w:rPr>
              <w:br/>
              <w:t>MASASI</w:t>
            </w:r>
          </w:p>
        </w:tc>
      </w:tr>
    </w:tbl>
    <w:p w:rsidR="00B73C66" w:rsidRDefault="00B73C66" w:rsidP="0058310A">
      <w:pPr>
        <w:tabs>
          <w:tab w:val="left" w:pos="1455"/>
        </w:tabs>
        <w:spacing w:after="0" w:line="120" w:lineRule="exact"/>
      </w:pPr>
    </w:p>
    <w:tbl>
      <w:tblPr>
        <w:tblW w:w="0" w:type="auto"/>
        <w:jc w:val="center"/>
        <w:tblBorders>
          <w:top w:val="single" w:sz="6" w:space="0" w:color="CBD5E0"/>
          <w:left w:val="single" w:sz="6" w:space="0" w:color="CBD5E0"/>
          <w:bottom w:val="single" w:sz="6" w:space="0" w:color="CBD5E0"/>
          <w:right w:val="single" w:sz="6" w:space="0" w:color="CBD5E0"/>
          <w:insideH w:val="single" w:sz="4" w:space="0" w:color="CBD5E0"/>
          <w:insideV w:val="single" w:sz="4" w:space="0" w:color="CBD5E0"/>
        </w:tblBorders>
        <w:tblLayout w:type="fixed"/>
        <w:tblLook w:val="04A0" w:firstRow="1" w:lastRow="0" w:firstColumn="1" w:lastColumn="0" w:noHBand="0" w:noVBand="1"/>
      </w:tblPr>
      <w:tblGrid>
        <w:gridCol w:w="2016"/>
        <w:gridCol w:w="2016"/>
        <w:gridCol w:w="576"/>
        <w:gridCol w:w="2016"/>
        <w:gridCol w:w="2016"/>
        <w:gridCol w:w="576"/>
        <w:gridCol w:w="2016"/>
        <w:gridCol w:w="2016"/>
      </w:tblGrid>
      <w:tr w:rsidR="00B73C66" w:rsidTr="0058310A">
        <w:trPr>
          <w:jc w:val="center"/>
        </w:trPr>
        <w:tc>
          <w:tcPr>
            <w:tcW w:w="4032" w:type="dxa"/>
            <w:gridSpan w:val="2"/>
            <w:shd w:val="clear" w:color="auto" w:fill="1A365D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FFFFFF"/>
                <w:sz w:val="19"/>
              </w:rPr>
              <w:t>PENCERE KENARI SIRA GRUBU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4032" w:type="dxa"/>
            <w:gridSpan w:val="2"/>
            <w:shd w:val="clear" w:color="auto" w:fill="1A365D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FFFFFF"/>
                <w:sz w:val="19"/>
              </w:rPr>
              <w:t>ORTA SIRA GRUBU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4032" w:type="dxa"/>
            <w:gridSpan w:val="2"/>
            <w:shd w:val="clear" w:color="auto" w:fill="1A365D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FFFFFF"/>
                <w:sz w:val="19"/>
              </w:rPr>
              <w:t>DUVAR TARAFI</w:t>
            </w:r>
            <w:r>
              <w:rPr>
                <w:rFonts w:ascii="Georgia" w:hAnsi="Georgia"/>
                <w:b/>
                <w:color w:val="FFFFFF"/>
                <w:sz w:val="19"/>
              </w:rPr>
              <w:t xml:space="preserve"> SIRA GRUBU</w:t>
            </w:r>
          </w:p>
        </w:tc>
      </w:tr>
      <w:tr w:rsidR="00B73C66">
        <w:trPr>
          <w:jc w:val="center"/>
        </w:trPr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1.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1.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1.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1.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1.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1. Sıra (Sağ)</w:t>
            </w:r>
          </w:p>
        </w:tc>
      </w:tr>
      <w:tr w:rsidR="00B73C66">
        <w:trPr>
          <w:jc w:val="center"/>
        </w:trPr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</w:tr>
      <w:tr w:rsidR="00B73C66">
        <w:trPr>
          <w:jc w:val="center"/>
        </w:trPr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2.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2.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2.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2.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2.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2. Sıra (Sağ)</w:t>
            </w:r>
          </w:p>
        </w:tc>
      </w:tr>
      <w:tr w:rsidR="00B73C66">
        <w:trPr>
          <w:jc w:val="center"/>
        </w:trPr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</w:tr>
      <w:tr w:rsidR="00B73C66">
        <w:trPr>
          <w:jc w:val="center"/>
        </w:trPr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 xml:space="preserve">3. </w:t>
            </w:r>
            <w:r>
              <w:rPr>
                <w:rFonts w:ascii="Georgia" w:hAnsi="Georgia"/>
                <w:b/>
                <w:color w:val="1A365D"/>
                <w:sz w:val="17"/>
              </w:rPr>
              <w:t>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3.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3.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3.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3.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3. Sıra (Sağ)</w:t>
            </w:r>
          </w:p>
        </w:tc>
      </w:tr>
      <w:tr w:rsidR="00B73C66">
        <w:trPr>
          <w:jc w:val="center"/>
        </w:trPr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</w:r>
            <w:r>
              <w:rPr>
                <w:rFonts w:ascii="Arial" w:hAnsi="Arial"/>
                <w:color w:val="A0A0A0"/>
                <w:sz w:val="16"/>
              </w:rPr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</w:tr>
      <w:tr w:rsidR="00B73C66">
        <w:trPr>
          <w:jc w:val="center"/>
        </w:trPr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4.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4.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4.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4.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4.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4. Sıra (Sağ)</w:t>
            </w:r>
          </w:p>
        </w:tc>
      </w:tr>
      <w:tr w:rsidR="00B73C66" w:rsidTr="0058310A">
        <w:trPr>
          <w:trHeight w:val="838"/>
          <w:jc w:val="center"/>
        </w:trPr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</w:t>
            </w:r>
            <w:r>
              <w:rPr>
                <w:rFonts w:ascii="Arial" w:hAnsi="Arial"/>
                <w:color w:val="A0A0A0"/>
                <w:sz w:val="16"/>
              </w:rPr>
              <w:t xml:space="preserve">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</w:t>
            </w:r>
            <w:r>
              <w:rPr>
                <w:rFonts w:ascii="Arial" w:hAnsi="Arial"/>
                <w:color w:val="A0A0A0"/>
                <w:sz w:val="16"/>
              </w:rPr>
              <w:t>oyadı: ..........................</w:t>
            </w:r>
          </w:p>
        </w:tc>
      </w:tr>
      <w:tr w:rsidR="00B73C66">
        <w:trPr>
          <w:jc w:val="center"/>
        </w:trPr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5.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5.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5.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5. Sıra (Sağ)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5. Sıra (Sol)</w:t>
            </w:r>
          </w:p>
        </w:tc>
        <w:tc>
          <w:tcPr>
            <w:tcW w:w="2016" w:type="dxa"/>
            <w:shd w:val="clear" w:color="auto" w:fill="F0F4F8"/>
            <w:tcMar>
              <w:top w:w="15" w:type="dxa"/>
              <w:left w:w="80" w:type="dxa"/>
              <w:bottom w:w="15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Georgia" w:hAnsi="Georgia"/>
                <w:b/>
                <w:color w:val="1A365D"/>
                <w:sz w:val="17"/>
              </w:rPr>
              <w:t>5. Sıra (Sağ)</w:t>
            </w:r>
          </w:p>
        </w:tc>
      </w:tr>
      <w:tr w:rsidR="00B73C66" w:rsidTr="0058310A">
        <w:trPr>
          <w:trHeight w:val="838"/>
          <w:jc w:val="center"/>
        </w:trPr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</w:t>
            </w:r>
            <w:r>
              <w:rPr>
                <w:rFonts w:ascii="Arial" w:hAnsi="Arial"/>
                <w:color w:val="A0A0A0"/>
                <w:sz w:val="16"/>
              </w:rPr>
              <w:t xml:space="preserve">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576" w:type="dxa"/>
            <w:shd w:val="clear" w:color="auto" w:fill="FFFFFF"/>
          </w:tcPr>
          <w:p w:rsidR="00B73C66" w:rsidRDefault="00B73C66" w:rsidP="0058310A"/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Soyadı: ..........................</w:t>
            </w:r>
          </w:p>
        </w:tc>
        <w:tc>
          <w:tcPr>
            <w:tcW w:w="2016" w:type="dxa"/>
            <w:tcMar>
              <w:top w:w="40" w:type="dxa"/>
              <w:left w:w="80" w:type="dxa"/>
              <w:bottom w:w="40" w:type="dxa"/>
              <w:right w:w="80" w:type="dxa"/>
            </w:tcMar>
          </w:tcPr>
          <w:p w:rsidR="00B73C66" w:rsidRDefault="0058310A" w:rsidP="0058310A">
            <w:pPr>
              <w:jc w:val="center"/>
            </w:pPr>
            <w:r>
              <w:rPr>
                <w:rFonts w:ascii="Arial" w:hAnsi="Arial"/>
                <w:color w:val="A0A0A0"/>
                <w:sz w:val="16"/>
              </w:rPr>
              <w:t>No: ........</w:t>
            </w:r>
            <w:r>
              <w:rPr>
                <w:rFonts w:ascii="Arial" w:hAnsi="Arial"/>
                <w:color w:val="A0A0A0"/>
                <w:sz w:val="16"/>
              </w:rPr>
              <w:br/>
              <w:t>Adı S</w:t>
            </w:r>
            <w:r>
              <w:rPr>
                <w:rFonts w:ascii="Arial" w:hAnsi="Arial"/>
                <w:color w:val="A0A0A0"/>
                <w:sz w:val="16"/>
              </w:rPr>
              <w:t>oyadı: ..........................</w:t>
            </w:r>
          </w:p>
        </w:tc>
      </w:tr>
    </w:tbl>
    <w:p w:rsidR="00B73C66" w:rsidRDefault="0058310A">
      <w:pPr>
        <w:spacing w:before="40"/>
        <w:jc w:val="right"/>
      </w:pPr>
      <w:bookmarkStart w:id="0" w:name="_GoBack"/>
      <w:bookmarkEnd w:id="0"/>
      <w:r>
        <w:rPr>
          <w:rFonts w:ascii="Georgia" w:hAnsi="Georgia"/>
          <w:sz w:val="19"/>
        </w:rPr>
        <w:t>..... / ..... / 2026</w:t>
      </w:r>
      <w:r>
        <w:rPr>
          <w:rFonts w:ascii="Georgia" w:hAnsi="Georgia"/>
          <w:sz w:val="19"/>
        </w:rPr>
        <w:br/>
      </w:r>
      <w:r>
        <w:rPr>
          <w:rFonts w:ascii="Georgia" w:hAnsi="Georgia"/>
          <w:b/>
          <w:color w:val="1A365D"/>
          <w:sz w:val="20"/>
        </w:rPr>
        <w:t>.......................................................</w:t>
      </w:r>
      <w:r>
        <w:rPr>
          <w:rFonts w:ascii="Georgia" w:hAnsi="Georgia"/>
          <w:b/>
          <w:color w:val="1A365D"/>
          <w:sz w:val="20"/>
        </w:rPr>
        <w:br/>
        <w:t xml:space="preserve">Sınıf Rehber Öğretmeni    </w:t>
      </w:r>
    </w:p>
    <w:sectPr w:rsidR="00B73C66" w:rsidSect="0058310A">
      <w:pgSz w:w="16834" w:h="11909" w:orient="landscape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8310A"/>
    <w:rsid w:val="00AA1D8D"/>
    <w:rsid w:val="00B47730"/>
    <w:rsid w:val="00B73C66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AF880D4-6E89-4DA2-897F-2359C84D9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2147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2026-11-01T16:29:00Z</dcterms:modified>
  <cp:category/>
</cp:coreProperties>
</file>