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B5584B">
        <w:trPr>
          <w:jc w:val="center"/>
        </w:trPr>
        <w:tc>
          <w:tcPr>
            <w:tcW w:w="9360" w:type="dxa"/>
            <w:tcBorders>
              <w:top w:val="double" w:sz="24" w:space="0" w:color="311B92"/>
              <w:left w:val="double" w:sz="24" w:space="0" w:color="311B92"/>
              <w:bottom w:val="double" w:sz="24" w:space="0" w:color="311B92"/>
              <w:right w:val="double" w:sz="24" w:space="0" w:color="311B92"/>
            </w:tcBorders>
            <w:shd w:val="clear" w:color="auto" w:fill="FAFAFA"/>
          </w:tcPr>
          <w:p w:rsidR="00B5584B" w:rsidRDefault="00A91E4C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B5584B" w:rsidRDefault="00A91E4C">
            <w:pPr>
              <w:jc w:val="center"/>
            </w:pPr>
            <w:r>
              <w:rPr>
                <w:rFonts w:ascii="Georgia" w:hAnsi="Georgia"/>
                <w:b/>
                <w:color w:val="311B92"/>
                <w:sz w:val="28"/>
              </w:rPr>
              <w:t>2026 - 2027 EĞİTİM - ÖĞRETİM YILI</w:t>
            </w:r>
          </w:p>
          <w:p w:rsidR="00B5584B" w:rsidRDefault="00A91E4C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B5584B" w:rsidRDefault="00A91E4C">
            <w:pPr>
              <w:jc w:val="center"/>
            </w:pPr>
            <w:r>
              <w:rPr>
                <w:rFonts w:ascii="Georgia" w:hAnsi="Georgia"/>
                <w:b/>
                <w:color w:val="1A237E"/>
                <w:sz w:val="56"/>
              </w:rPr>
              <w:br/>
              <w:t>DERSİNE GİRİLEN SINIFLARIN</w:t>
            </w:r>
            <w:r>
              <w:rPr>
                <w:rFonts w:ascii="Georgia" w:hAnsi="Georgia"/>
                <w:b/>
                <w:color w:val="1A237E"/>
                <w:sz w:val="56"/>
              </w:rPr>
              <w:br/>
              <w:t>GÜNCEL LİSTESİ</w:t>
            </w:r>
            <w:r>
              <w:rPr>
                <w:rFonts w:ascii="Georgia" w:hAnsi="Georgia"/>
                <w:b/>
                <w:color w:val="1A237E"/>
                <w:sz w:val="56"/>
              </w:rPr>
              <w:br/>
            </w:r>
          </w:p>
          <w:p w:rsidR="00B5584B" w:rsidRDefault="002C563C" w:rsidP="002C563C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bookmarkStart w:id="0" w:name="_GoBack"/>
            <w:bookmarkEnd w:id="0"/>
            <w:r w:rsidR="00A91E4C">
              <w:rPr>
                <w:sz w:val="40"/>
              </w:rPr>
              <w:br/>
            </w:r>
          </w:p>
          <w:p w:rsidR="00B5584B" w:rsidRDefault="00A91E4C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B5584B" w:rsidRDefault="00A91E4C">
            <w:pPr>
              <w:jc w:val="center"/>
            </w:pPr>
            <w:r>
              <w:rPr>
                <w:rFonts w:ascii="Georgia" w:hAnsi="Georgia"/>
                <w:b/>
                <w:color w:val="311B92"/>
                <w:sz w:val="24"/>
              </w:rPr>
              <w:t xml:space="preserve">ÖĞRETMENİN ADI SOYADI: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311B92"/>
                <w:sz w:val="24"/>
              </w:rPr>
              <w:t xml:space="preserve">BRANŞI: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311B92"/>
                <w:sz w:val="24"/>
              </w:rPr>
              <w:t>GİRİLEN SI</w:t>
            </w:r>
            <w:r>
              <w:rPr>
                <w:rFonts w:ascii="Georgia" w:hAnsi="Georgia"/>
                <w:b/>
                <w:color w:val="311B92"/>
                <w:sz w:val="24"/>
              </w:rPr>
              <w:t xml:space="preserve">NIFLAR / ŞUBELER: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B5584B" w:rsidRDefault="00A91E4C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A91E4C" w:rsidRDefault="00A91E4C"/>
    <w:sectPr w:rsidR="00A91E4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C563C"/>
    <w:rsid w:val="00326F90"/>
    <w:rsid w:val="00A91E4C"/>
    <w:rsid w:val="00AA1D8D"/>
    <w:rsid w:val="00B47730"/>
    <w:rsid w:val="00B5584B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7F3651-8169-4A5D-B7A7-EAC7767F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2026-11-01T15:37:00Z</dcterms:modified>
  <cp:category/>
</cp:coreProperties>
</file>