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347F0C">
        <w:trPr>
          <w:jc w:val="center"/>
        </w:trPr>
        <w:tc>
          <w:tcPr>
            <w:tcW w:w="9360" w:type="dxa"/>
            <w:tcBorders>
              <w:top w:val="double" w:sz="24" w:space="0" w:color="1A365D"/>
              <w:left w:val="double" w:sz="24" w:space="0" w:color="1A365D"/>
              <w:bottom w:val="double" w:sz="24" w:space="0" w:color="1A365D"/>
              <w:right w:val="double" w:sz="24" w:space="0" w:color="1A365D"/>
            </w:tcBorders>
            <w:shd w:val="clear" w:color="auto" w:fill="FAFAFA"/>
          </w:tcPr>
          <w:p w:rsidR="00347F0C" w:rsidRDefault="00E36F20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347F0C" w:rsidRDefault="00E36F20">
            <w:pPr>
              <w:jc w:val="center"/>
            </w:pPr>
            <w:r>
              <w:rPr>
                <w:rFonts w:ascii="Georgia" w:hAnsi="Georgia"/>
                <w:b/>
                <w:color w:val="1A365D"/>
                <w:sz w:val="28"/>
              </w:rPr>
              <w:t>2026 - 2027 EĞİTİM - ÖĞRETİM YILI</w:t>
            </w:r>
          </w:p>
          <w:p w:rsidR="00347F0C" w:rsidRDefault="00E36F20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347F0C" w:rsidRDefault="00E36F20">
            <w:pPr>
              <w:jc w:val="center"/>
            </w:pPr>
            <w:r>
              <w:rPr>
                <w:rFonts w:ascii="Georgia" w:hAnsi="Georgia"/>
                <w:b/>
                <w:color w:val="0F1E3C"/>
                <w:sz w:val="60"/>
              </w:rPr>
              <w:br/>
              <w:t>OKUL, İLÇE VE İL ZÜMRE</w:t>
            </w:r>
            <w:r>
              <w:rPr>
                <w:rFonts w:ascii="Georgia" w:hAnsi="Georgia"/>
                <w:b/>
                <w:color w:val="0F1E3C"/>
                <w:sz w:val="60"/>
              </w:rPr>
              <w:br/>
              <w:t>TUTANAKLARI DOSYASI</w:t>
            </w:r>
            <w:r>
              <w:rPr>
                <w:rFonts w:ascii="Georgia" w:hAnsi="Georgia"/>
                <w:b/>
                <w:color w:val="0F1E3C"/>
                <w:sz w:val="60"/>
              </w:rPr>
              <w:br/>
            </w:r>
          </w:p>
          <w:p w:rsidR="00347F0C" w:rsidRDefault="00E36F20" w:rsidP="00C442D0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r>
              <w:rPr>
                <w:color w:val="D4AF37"/>
              </w:rPr>
              <w:br/>
            </w:r>
            <w:r>
              <w:rPr>
                <w:color w:val="D4AF37"/>
              </w:rPr>
              <w:br/>
            </w:r>
            <w:r w:rsidR="00C442D0">
              <w:rPr>
                <w:sz w:val="40"/>
              </w:rPr>
              <w:br/>
            </w:r>
            <w:bookmarkStart w:id="0" w:name="_GoBack"/>
            <w:bookmarkEnd w:id="0"/>
          </w:p>
          <w:p w:rsidR="00347F0C" w:rsidRDefault="00E36F20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>.................................................................... 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347F0C" w:rsidRDefault="00E36F20">
            <w:pPr>
              <w:jc w:val="center"/>
            </w:pPr>
            <w:r>
              <w:rPr>
                <w:rFonts w:ascii="Georgia" w:hAnsi="Georgia"/>
                <w:b/>
                <w:color w:val="1A365D"/>
                <w:sz w:val="24"/>
              </w:rPr>
              <w:t xml:space="preserve">ZÜMRE BRANŞI: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1A365D"/>
                <w:sz w:val="24"/>
              </w:rPr>
              <w:t xml:space="preserve">ZÜMRE BAŞKANI: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1A365D"/>
                <w:sz w:val="24"/>
              </w:rPr>
              <w:t>ZÜMRE ÖĞRETM</w:t>
            </w:r>
            <w:r>
              <w:rPr>
                <w:rFonts w:ascii="Georgia" w:hAnsi="Georgia"/>
                <w:b/>
                <w:color w:val="1A365D"/>
                <w:sz w:val="24"/>
              </w:rPr>
              <w:t xml:space="preserve">ENLERİ: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</w:p>
          <w:p w:rsidR="00347F0C" w:rsidRDefault="00E36F20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</w:t>
            </w:r>
            <w:r>
              <w:rPr>
                <w:rFonts w:ascii="Georgia" w:hAnsi="Georgia"/>
                <w:color w:val="D4AF37"/>
                <w:sz w:val="28"/>
              </w:rPr>
              <w:t xml:space="preserve">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E36F20" w:rsidRDefault="00E36F20"/>
    <w:sectPr w:rsidR="00E36F20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47F0C"/>
    <w:rsid w:val="00AA1D8D"/>
    <w:rsid w:val="00B47730"/>
    <w:rsid w:val="00C442D0"/>
    <w:rsid w:val="00CB0664"/>
    <w:rsid w:val="00E36F2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5B040C-1ADE-4D38-A9E1-F50DEC79C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3</cp:revision>
  <dcterms:created xsi:type="dcterms:W3CDTF">2013-12-23T23:15:00Z</dcterms:created>
  <dcterms:modified xsi:type="dcterms:W3CDTF">2026-11-01T15:33:00Z</dcterms:modified>
  <cp:category/>
</cp:coreProperties>
</file>