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E033F3">
        <w:trPr>
          <w:jc w:val="center"/>
        </w:trPr>
        <w:tc>
          <w:tcPr>
            <w:tcW w:w="9360" w:type="dxa"/>
            <w:tcBorders>
              <w:top w:val="double" w:sz="24" w:space="0" w:color="4A0E17"/>
              <w:left w:val="double" w:sz="24" w:space="0" w:color="4A0E17"/>
              <w:bottom w:val="double" w:sz="24" w:space="0" w:color="4A0E17"/>
              <w:right w:val="double" w:sz="24" w:space="0" w:color="4A0E17"/>
            </w:tcBorders>
            <w:shd w:val="clear" w:color="auto" w:fill="FAFAFA"/>
          </w:tcPr>
          <w:p w:rsidR="00E033F3" w:rsidRDefault="00670BD4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br/>
              <w:t xml:space="preserve">❖ </w:t>
            </w:r>
            <w:r w:rsidR="00897DFF">
              <w:rPr>
                <w:rFonts w:ascii="Georgia" w:hAnsi="Georgia"/>
                <w:color w:val="D4AF37"/>
                <w:sz w:val="28"/>
              </w:rPr>
              <w:t>════════════════════════════ ❖</w:t>
            </w:r>
            <w:r w:rsidR="00897DFF">
              <w:rPr>
                <w:rFonts w:ascii="Georgia" w:hAnsi="Georgia"/>
                <w:color w:val="D4AF37"/>
                <w:sz w:val="28"/>
              </w:rPr>
              <w:br/>
            </w:r>
          </w:p>
          <w:p w:rsidR="00E033F3" w:rsidRDefault="009F3FF0">
            <w:pPr>
              <w:jc w:val="center"/>
            </w:pPr>
            <w:r>
              <w:rPr>
                <w:rFonts w:ascii="Georgia" w:hAnsi="Georgia"/>
                <w:b/>
                <w:color w:val="4A0E17"/>
                <w:sz w:val="28"/>
              </w:rPr>
              <w:t>2026 – 2027</w:t>
            </w:r>
            <w:bookmarkStart w:id="0" w:name="_GoBack"/>
            <w:bookmarkEnd w:id="0"/>
            <w:r w:rsidR="00670BD4">
              <w:rPr>
                <w:rFonts w:ascii="Georgia" w:hAnsi="Georgia"/>
                <w:b/>
                <w:color w:val="4A0E17"/>
                <w:sz w:val="28"/>
              </w:rPr>
              <w:t xml:space="preserve"> EĞİTİM - ÖĞRETİM YILI</w:t>
            </w:r>
          </w:p>
          <w:p w:rsidR="00E033F3" w:rsidRDefault="00670BD4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</w:p>
          <w:p w:rsidR="00E033F3" w:rsidRDefault="00670BD4">
            <w:pPr>
              <w:jc w:val="center"/>
            </w:pPr>
            <w:r>
              <w:rPr>
                <w:rFonts w:ascii="Georgia" w:hAnsi="Georgia"/>
                <w:b/>
                <w:color w:val="781423"/>
                <w:sz w:val="72"/>
              </w:rPr>
              <w:br/>
            </w:r>
            <w:r w:rsidR="009F3FF0">
              <w:rPr>
                <w:rFonts w:ascii="Georgia" w:hAnsi="Georgia"/>
                <w:b/>
                <w:color w:val="781423"/>
                <w:sz w:val="72"/>
              </w:rPr>
              <w:t>ÇALIŞMA</w:t>
            </w:r>
            <w:r>
              <w:rPr>
                <w:rFonts w:ascii="Georgia" w:hAnsi="Georgia"/>
                <w:b/>
                <w:color w:val="781423"/>
                <w:sz w:val="72"/>
              </w:rPr>
              <w:br/>
              <w:t>TAKVİM</w:t>
            </w:r>
            <w:r w:rsidR="009F3FF0">
              <w:rPr>
                <w:rFonts w:ascii="Georgia" w:hAnsi="Georgia"/>
                <w:b/>
                <w:color w:val="781423"/>
                <w:sz w:val="72"/>
              </w:rPr>
              <w:t>İ</w:t>
            </w:r>
            <w:r>
              <w:rPr>
                <w:rFonts w:ascii="Georgia" w:hAnsi="Georgia"/>
                <w:b/>
                <w:color w:val="781423"/>
                <w:sz w:val="72"/>
              </w:rPr>
              <w:br/>
            </w:r>
          </w:p>
          <w:p w:rsidR="00E033F3" w:rsidRDefault="00670BD4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  <w:r>
              <w:rPr>
                <w:color w:val="D4AF37"/>
              </w:rPr>
              <w:br/>
            </w:r>
            <w:r>
              <w:rPr>
                <w:color w:val="D4AF37"/>
              </w:rPr>
              <w:br/>
            </w:r>
          </w:p>
          <w:p w:rsidR="00E033F3" w:rsidRDefault="00670BD4">
            <w:pPr>
              <w:jc w:val="center"/>
            </w:pPr>
            <w:r>
              <w:rPr>
                <w:sz w:val="40"/>
              </w:rPr>
              <w:t>📅  🎓  ⏳  📜  📌</w:t>
            </w:r>
          </w:p>
          <w:p w:rsidR="00E033F3" w:rsidRDefault="00670BD4">
            <w:pPr>
              <w:jc w:val="center"/>
            </w:pPr>
            <w:r>
              <w:rPr>
                <w:rFonts w:ascii="Georgia" w:hAnsi="Georgia"/>
                <w:color w:val="787878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t>.................................................................... İLKOKULU / ORTAOKULU / LİSESİ</w:t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</w:p>
          <w:p w:rsidR="00E033F3" w:rsidRDefault="00670BD4">
            <w:pPr>
              <w:jc w:val="center"/>
            </w:pPr>
            <w:r>
              <w:rPr>
                <w:rFonts w:ascii="Georgia" w:hAnsi="Georgia"/>
                <w:b/>
                <w:color w:val="4A0E17"/>
                <w:sz w:val="26"/>
              </w:rPr>
              <w:t xml:space="preserve">ÖĞRETMENİN ADI SOYADI: </w:t>
            </w:r>
            <w:r>
              <w:rPr>
                <w:rFonts w:ascii="Georgia" w:hAnsi="Georgia"/>
                <w:color w:val="323232"/>
                <w:sz w:val="26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b/>
                <w:color w:val="4A0E17"/>
                <w:sz w:val="26"/>
              </w:rPr>
              <w:t xml:space="preserve">BRANŞI: </w:t>
            </w:r>
            <w:r>
              <w:rPr>
                <w:rFonts w:ascii="Georgia" w:hAnsi="Georgia"/>
                <w:color w:val="323232"/>
                <w:sz w:val="26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color w:val="323232"/>
                <w:sz w:val="26"/>
              </w:rPr>
              <w:br/>
            </w:r>
            <w:r>
              <w:rPr>
                <w:rFonts w:ascii="Georgia" w:hAnsi="Georgia"/>
                <w:b/>
                <w:color w:val="4A0E17"/>
                <w:sz w:val="26"/>
              </w:rPr>
              <w:t xml:space="preserve">SINIF / ŞUBE: </w:t>
            </w:r>
            <w:r>
              <w:rPr>
                <w:rFonts w:ascii="Georgia" w:hAnsi="Georgia"/>
                <w:color w:val="323232"/>
                <w:sz w:val="26"/>
              </w:rPr>
              <w:t>.........................</w:t>
            </w:r>
            <w:r w:rsidR="00897DFF">
              <w:rPr>
                <w:rFonts w:ascii="Georgia" w:hAnsi="Georgia"/>
                <w:color w:val="323232"/>
                <w:sz w:val="26"/>
              </w:rPr>
              <w:t>..............................</w:t>
            </w:r>
            <w:r w:rsidR="00897DFF">
              <w:rPr>
                <w:rFonts w:ascii="Georgia" w:hAnsi="Georgia"/>
                <w:color w:val="323232"/>
                <w:sz w:val="26"/>
              </w:rPr>
              <w:br/>
            </w:r>
          </w:p>
          <w:p w:rsidR="00E033F3" w:rsidRDefault="00670BD4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t>❖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</w:tc>
      </w:tr>
    </w:tbl>
    <w:p w:rsidR="00670BD4" w:rsidRDefault="00670BD4"/>
    <w:sectPr w:rsidR="00670BD4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70BD4"/>
    <w:rsid w:val="00897DFF"/>
    <w:rsid w:val="009F3FF0"/>
    <w:rsid w:val="00AA1D8D"/>
    <w:rsid w:val="00B47730"/>
    <w:rsid w:val="00CB0664"/>
    <w:rsid w:val="00CE3146"/>
    <w:rsid w:val="00E033F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1B696B2-3896-484A-8A55-C5296036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4</cp:revision>
  <dcterms:created xsi:type="dcterms:W3CDTF">2013-12-23T23:15:00Z</dcterms:created>
  <dcterms:modified xsi:type="dcterms:W3CDTF">2026-11-01T15:24:00Z</dcterms:modified>
  <cp:category/>
</cp:coreProperties>
</file>