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2B21D0">
        <w:trPr>
          <w:jc w:val="center"/>
        </w:trPr>
        <w:tc>
          <w:tcPr>
            <w:tcW w:w="9360" w:type="dxa"/>
            <w:tcBorders>
              <w:top w:val="double" w:sz="24" w:space="0" w:color="1A237E"/>
              <w:left w:val="double" w:sz="24" w:space="0" w:color="1A237E"/>
              <w:bottom w:val="double" w:sz="24" w:space="0" w:color="1A237E"/>
              <w:right w:val="double" w:sz="24" w:space="0" w:color="1A237E"/>
            </w:tcBorders>
            <w:shd w:val="clear" w:color="auto" w:fill="FAFAFA"/>
          </w:tcPr>
          <w:p w:rsidR="002B21D0" w:rsidRDefault="009F3BF6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br/>
              <w:t>❖ ════════════════════════════ ❖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  <w:p w:rsidR="002B21D0" w:rsidRDefault="009F3BF6">
            <w:pPr>
              <w:jc w:val="center"/>
            </w:pPr>
            <w:r>
              <w:rPr>
                <w:rFonts w:ascii="Georgia" w:hAnsi="Georgia"/>
                <w:b/>
                <w:color w:val="1A237E"/>
                <w:sz w:val="28"/>
              </w:rPr>
              <w:t>2026 - 2027 EĞİTİM - ÖĞRETİM YILI</w:t>
            </w:r>
          </w:p>
          <w:p w:rsidR="002B21D0" w:rsidRDefault="009F3BF6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</w:p>
          <w:p w:rsidR="002B21D0" w:rsidRDefault="009F3BF6">
            <w:pPr>
              <w:jc w:val="center"/>
            </w:pPr>
            <w:r>
              <w:rPr>
                <w:rFonts w:ascii="Georgia" w:hAnsi="Georgia"/>
                <w:b/>
                <w:color w:val="0D47A1"/>
                <w:sz w:val="68"/>
              </w:rPr>
              <w:br/>
              <w:t>YILLIK DERS</w:t>
            </w:r>
            <w:r>
              <w:rPr>
                <w:rFonts w:ascii="Georgia" w:hAnsi="Georgia"/>
                <w:b/>
                <w:color w:val="0D47A1"/>
                <w:sz w:val="68"/>
              </w:rPr>
              <w:br/>
              <w:t>PLANLARI</w:t>
            </w:r>
            <w:r>
              <w:rPr>
                <w:rFonts w:ascii="Georgia" w:hAnsi="Georgia"/>
                <w:b/>
                <w:color w:val="0D47A1"/>
                <w:sz w:val="68"/>
              </w:rPr>
              <w:br/>
            </w:r>
          </w:p>
          <w:p w:rsidR="002B21D0" w:rsidRDefault="00AA3744" w:rsidP="00AA3744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  <w:r>
              <w:rPr>
                <w:sz w:val="40"/>
              </w:rPr>
              <w:br/>
            </w:r>
            <w:r w:rsidR="009F3BF6">
              <w:rPr>
                <w:sz w:val="40"/>
              </w:rPr>
              <w:br/>
            </w:r>
          </w:p>
          <w:p w:rsidR="002B21D0" w:rsidRDefault="009F3BF6">
            <w:pPr>
              <w:jc w:val="center"/>
            </w:pPr>
            <w:bookmarkStart w:id="0" w:name="_GoBack"/>
            <w:bookmarkEnd w:id="0"/>
            <w:r>
              <w:rPr>
                <w:rFonts w:ascii="Georgia" w:hAnsi="Georgia"/>
                <w:color w:val="787878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t>.................................................................... İLKOKULU / ORTAOKULU / LİSESİ</w:t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</w:p>
          <w:p w:rsidR="002B21D0" w:rsidRDefault="009F3BF6">
            <w:pPr>
              <w:jc w:val="center"/>
            </w:pPr>
            <w:r>
              <w:rPr>
                <w:rFonts w:ascii="Georgia" w:hAnsi="Georgia"/>
                <w:b/>
                <w:color w:val="1A237E"/>
                <w:sz w:val="26"/>
              </w:rPr>
              <w:t xml:space="preserve">DERSİN ADI: </w:t>
            </w:r>
            <w:r>
              <w:rPr>
                <w:rFonts w:ascii="Georgia" w:hAnsi="Georgia"/>
                <w:color w:val="323232"/>
                <w:sz w:val="26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6"/>
              </w:rPr>
              <w:br/>
            </w:r>
            <w:r>
              <w:rPr>
                <w:rFonts w:ascii="Georgia" w:hAnsi="Georgia"/>
                <w:color w:val="323232"/>
                <w:sz w:val="26"/>
              </w:rPr>
              <w:br/>
            </w:r>
            <w:r>
              <w:rPr>
                <w:rFonts w:ascii="Georgia" w:hAnsi="Georgia"/>
                <w:b/>
                <w:color w:val="1A237E"/>
                <w:sz w:val="26"/>
              </w:rPr>
              <w:t xml:space="preserve">SINIF / ŞUBE: </w:t>
            </w:r>
            <w:r>
              <w:rPr>
                <w:rFonts w:ascii="Georgia" w:hAnsi="Georgia"/>
                <w:color w:val="323232"/>
                <w:sz w:val="26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6"/>
              </w:rPr>
              <w:br/>
            </w:r>
            <w:r>
              <w:rPr>
                <w:rFonts w:ascii="Georgia" w:hAnsi="Georgia"/>
                <w:color w:val="323232"/>
                <w:sz w:val="26"/>
              </w:rPr>
              <w:br/>
            </w:r>
            <w:r>
              <w:rPr>
                <w:rFonts w:ascii="Georgia" w:hAnsi="Georgia"/>
                <w:b/>
                <w:color w:val="1A237E"/>
                <w:sz w:val="26"/>
              </w:rPr>
              <w:t xml:space="preserve">ÖĞRETMENİN ADI SOYADI: </w:t>
            </w:r>
            <w:r>
              <w:rPr>
                <w:rFonts w:ascii="Georgia" w:hAnsi="Georgia"/>
                <w:color w:val="323232"/>
                <w:sz w:val="26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6"/>
              </w:rPr>
              <w:br/>
            </w:r>
            <w:r>
              <w:rPr>
                <w:rFonts w:ascii="Georgia" w:hAnsi="Georgia"/>
                <w:color w:val="323232"/>
                <w:sz w:val="26"/>
              </w:rPr>
              <w:br/>
            </w:r>
          </w:p>
          <w:p w:rsidR="002B21D0" w:rsidRDefault="009F3BF6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t>❖ ════════════════════════════ ❖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</w:tc>
      </w:tr>
    </w:tbl>
    <w:p w:rsidR="009F3BF6" w:rsidRDefault="009F3BF6"/>
    <w:sectPr w:rsidR="009F3BF6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2B21D0"/>
    <w:rsid w:val="00326F90"/>
    <w:rsid w:val="0064111F"/>
    <w:rsid w:val="009F3BF6"/>
    <w:rsid w:val="00AA1D8D"/>
    <w:rsid w:val="00AA3744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9EEDDFC-6F42-48D3-AEA2-E1C6CB202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Windows Kullanıcısı</cp:lastModifiedBy>
  <cp:revision>4</cp:revision>
  <dcterms:created xsi:type="dcterms:W3CDTF">2013-12-23T23:15:00Z</dcterms:created>
  <dcterms:modified xsi:type="dcterms:W3CDTF">2026-10-31T16:37:00Z</dcterms:modified>
  <cp:category/>
</cp:coreProperties>
</file>