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25A" w:rsidRDefault="00547F6E">
      <w:pPr>
        <w:jc w:val="center"/>
      </w:pPr>
      <w:r>
        <w:rPr>
          <w:rFonts w:ascii="Georgia" w:hAnsi="Georgia"/>
          <w:b/>
          <w:color w:val="4A148C"/>
          <w:sz w:val="52"/>
        </w:rPr>
        <w:t>HAFTALIK DERS PROGRAMI</w:t>
      </w:r>
    </w:p>
    <w:p w:rsidR="0088225A" w:rsidRDefault="00547F6E" w:rsidP="00547F6E">
      <w:pPr>
        <w:jc w:val="center"/>
      </w:pPr>
      <w:r>
        <w:rPr>
          <w:rFonts w:ascii="Georgia" w:hAnsi="Georgia"/>
          <w:i/>
          <w:color w:val="646464"/>
        </w:rPr>
        <w:t>2026 - 2027 EĞİTİM - ÖĞRETİM YILI   |   Sınıf / Şube: .........................   |   Öğretmen / Öğrenci: .........................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636"/>
        <w:gridCol w:w="2197"/>
        <w:gridCol w:w="2197"/>
        <w:gridCol w:w="2197"/>
        <w:gridCol w:w="2197"/>
        <w:gridCol w:w="2197"/>
      </w:tblGrid>
      <w:tr w:rsidR="0088225A" w:rsidRPr="00547F6E" w:rsidTr="00547F6E">
        <w:trPr>
          <w:trHeight w:val="416"/>
          <w:jc w:val="center"/>
        </w:trPr>
        <w:tc>
          <w:tcPr>
            <w:tcW w:w="2636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4A148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547F6E">
            <w:pPr>
              <w:jc w:val="center"/>
              <w:rPr>
                <w:sz w:val="18"/>
              </w:rPr>
            </w:pPr>
            <w:bookmarkStart w:id="0" w:name="_GoBack"/>
            <w:bookmarkEnd w:id="0"/>
            <w:proofErr w:type="spellStart"/>
            <w:r w:rsidRPr="00547F6E">
              <w:rPr>
                <w:rFonts w:ascii="Georgia" w:hAnsi="Georgia"/>
                <w:b/>
                <w:color w:val="FFFFFF"/>
                <w:sz w:val="18"/>
              </w:rPr>
              <w:t>Ders</w:t>
            </w:r>
            <w:proofErr w:type="spellEnd"/>
            <w:r w:rsidRPr="00547F6E">
              <w:rPr>
                <w:rFonts w:ascii="Georgia" w:hAnsi="Georgia"/>
                <w:b/>
                <w:color w:val="FFFFFF"/>
                <w:sz w:val="18"/>
              </w:rPr>
              <w:t xml:space="preserve"> / </w:t>
            </w:r>
            <w:proofErr w:type="spellStart"/>
            <w:r w:rsidRPr="00547F6E">
              <w:rPr>
                <w:rFonts w:ascii="Georgia" w:hAnsi="Georgia"/>
                <w:b/>
                <w:color w:val="FFFFFF"/>
                <w:sz w:val="18"/>
              </w:rPr>
              <w:t>Saat</w:t>
            </w:r>
            <w:proofErr w:type="spellEnd"/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4A148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547F6E">
            <w:pPr>
              <w:jc w:val="center"/>
              <w:rPr>
                <w:sz w:val="18"/>
              </w:rPr>
            </w:pPr>
            <w:r w:rsidRPr="00547F6E">
              <w:rPr>
                <w:rFonts w:ascii="Georgia" w:hAnsi="Georgia"/>
                <w:b/>
                <w:color w:val="FFFFFF"/>
                <w:sz w:val="18"/>
              </w:rPr>
              <w:t>Pazartesi</w:t>
            </w: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4A148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547F6E">
            <w:pPr>
              <w:jc w:val="center"/>
              <w:rPr>
                <w:sz w:val="18"/>
              </w:rPr>
            </w:pPr>
            <w:r w:rsidRPr="00547F6E">
              <w:rPr>
                <w:rFonts w:ascii="Georgia" w:hAnsi="Georgia"/>
                <w:b/>
                <w:color w:val="FFFFFF"/>
                <w:sz w:val="18"/>
              </w:rPr>
              <w:t>Salı</w:t>
            </w: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4A148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547F6E">
            <w:pPr>
              <w:jc w:val="center"/>
              <w:rPr>
                <w:sz w:val="18"/>
              </w:rPr>
            </w:pPr>
            <w:r w:rsidRPr="00547F6E">
              <w:rPr>
                <w:rFonts w:ascii="Georgia" w:hAnsi="Georgia"/>
                <w:b/>
                <w:color w:val="FFFFFF"/>
                <w:sz w:val="18"/>
              </w:rPr>
              <w:t>Çarşamba</w:t>
            </w: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4A148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547F6E">
            <w:pPr>
              <w:jc w:val="center"/>
              <w:rPr>
                <w:sz w:val="18"/>
              </w:rPr>
            </w:pPr>
            <w:r w:rsidRPr="00547F6E">
              <w:rPr>
                <w:rFonts w:ascii="Georgia" w:hAnsi="Georgia"/>
                <w:b/>
                <w:color w:val="FFFFFF"/>
                <w:sz w:val="18"/>
              </w:rPr>
              <w:t>Perşembe</w:t>
            </w: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4A148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547F6E">
            <w:pPr>
              <w:jc w:val="center"/>
              <w:rPr>
                <w:sz w:val="18"/>
              </w:rPr>
            </w:pPr>
            <w:r w:rsidRPr="00547F6E">
              <w:rPr>
                <w:rFonts w:ascii="Georgia" w:hAnsi="Georgia"/>
                <w:b/>
                <w:color w:val="FFFFFF"/>
                <w:sz w:val="18"/>
              </w:rPr>
              <w:t>Cuma</w:t>
            </w:r>
          </w:p>
        </w:tc>
      </w:tr>
      <w:tr w:rsidR="0088225A" w:rsidRPr="00547F6E" w:rsidTr="00547F6E">
        <w:trPr>
          <w:trHeight w:val="654"/>
          <w:jc w:val="center"/>
        </w:trPr>
        <w:tc>
          <w:tcPr>
            <w:tcW w:w="2636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E8E0F0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88225A" w:rsidRPr="00547F6E" w:rsidRDefault="00547F6E">
            <w:pPr>
              <w:jc w:val="center"/>
              <w:rPr>
                <w:sz w:val="18"/>
              </w:rPr>
            </w:pPr>
            <w:r w:rsidRPr="00547F6E">
              <w:rPr>
                <w:rFonts w:ascii="Georgia" w:hAnsi="Georgia"/>
                <w:b/>
                <w:color w:val="4A148C"/>
                <w:sz w:val="18"/>
              </w:rPr>
              <w:t xml:space="preserve">1. </w:t>
            </w:r>
            <w:proofErr w:type="gramStart"/>
            <w:r w:rsidRPr="00547F6E">
              <w:rPr>
                <w:rFonts w:ascii="Georgia" w:hAnsi="Georgia"/>
                <w:b/>
                <w:color w:val="4A148C"/>
                <w:sz w:val="18"/>
              </w:rPr>
              <w:t>Ders</w:t>
            </w:r>
            <w:proofErr w:type="gramEnd"/>
            <w:r w:rsidRPr="00547F6E">
              <w:rPr>
                <w:rFonts w:ascii="Georgia" w:hAnsi="Georgia"/>
                <w:b/>
                <w:color w:val="4A148C"/>
                <w:sz w:val="18"/>
              </w:rPr>
              <w:br/>
            </w:r>
            <w:r w:rsidRPr="00547F6E">
              <w:rPr>
                <w:rFonts w:ascii="Georgia" w:hAnsi="Georgia"/>
                <w:color w:val="787878"/>
                <w:sz w:val="18"/>
              </w:rPr>
              <w:t>( ..... : ..... )</w:t>
            </w: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9F6F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9F6F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9F6F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9F6F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9F6F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</w:tr>
      <w:tr w:rsidR="0088225A" w:rsidRPr="00547F6E" w:rsidTr="00547F6E">
        <w:trPr>
          <w:trHeight w:val="582"/>
          <w:jc w:val="center"/>
        </w:trPr>
        <w:tc>
          <w:tcPr>
            <w:tcW w:w="2636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E8E0F0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88225A" w:rsidRPr="00547F6E" w:rsidRDefault="00547F6E">
            <w:pPr>
              <w:jc w:val="center"/>
              <w:rPr>
                <w:sz w:val="18"/>
              </w:rPr>
            </w:pPr>
            <w:r w:rsidRPr="00547F6E">
              <w:rPr>
                <w:rFonts w:ascii="Georgia" w:hAnsi="Georgia"/>
                <w:b/>
                <w:color w:val="4A148C"/>
                <w:sz w:val="18"/>
              </w:rPr>
              <w:t xml:space="preserve">2. </w:t>
            </w:r>
            <w:proofErr w:type="gramStart"/>
            <w:r w:rsidRPr="00547F6E">
              <w:rPr>
                <w:rFonts w:ascii="Georgia" w:hAnsi="Georgia"/>
                <w:b/>
                <w:color w:val="4A148C"/>
                <w:sz w:val="18"/>
              </w:rPr>
              <w:t>Ders</w:t>
            </w:r>
            <w:proofErr w:type="gramEnd"/>
            <w:r w:rsidRPr="00547F6E">
              <w:rPr>
                <w:rFonts w:ascii="Georgia" w:hAnsi="Georgia"/>
                <w:b/>
                <w:color w:val="4A148C"/>
                <w:sz w:val="18"/>
              </w:rPr>
              <w:br/>
            </w:r>
            <w:r w:rsidRPr="00547F6E">
              <w:rPr>
                <w:rFonts w:ascii="Georgia" w:hAnsi="Georgia"/>
                <w:color w:val="787878"/>
                <w:sz w:val="18"/>
              </w:rPr>
              <w:t xml:space="preserve">( ..... </w:t>
            </w:r>
            <w:r w:rsidRPr="00547F6E">
              <w:rPr>
                <w:rFonts w:ascii="Georgia" w:hAnsi="Georgia"/>
                <w:color w:val="787878"/>
                <w:sz w:val="18"/>
              </w:rPr>
              <w:t>: ..... )</w:t>
            </w: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FFFFF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FFFFF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FFFFF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FFFFF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FFFFF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</w:tr>
      <w:tr w:rsidR="0088225A" w:rsidRPr="00547F6E" w:rsidTr="00547F6E">
        <w:trPr>
          <w:trHeight w:val="570"/>
          <w:jc w:val="center"/>
        </w:trPr>
        <w:tc>
          <w:tcPr>
            <w:tcW w:w="2636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E8E0F0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88225A" w:rsidRPr="00547F6E" w:rsidRDefault="00547F6E">
            <w:pPr>
              <w:jc w:val="center"/>
              <w:rPr>
                <w:sz w:val="18"/>
              </w:rPr>
            </w:pPr>
            <w:r w:rsidRPr="00547F6E">
              <w:rPr>
                <w:rFonts w:ascii="Georgia" w:hAnsi="Georgia"/>
                <w:b/>
                <w:color w:val="4A148C"/>
                <w:sz w:val="18"/>
              </w:rPr>
              <w:t xml:space="preserve">3. </w:t>
            </w:r>
            <w:proofErr w:type="gramStart"/>
            <w:r w:rsidRPr="00547F6E">
              <w:rPr>
                <w:rFonts w:ascii="Georgia" w:hAnsi="Georgia"/>
                <w:b/>
                <w:color w:val="4A148C"/>
                <w:sz w:val="18"/>
              </w:rPr>
              <w:t>Ders</w:t>
            </w:r>
            <w:proofErr w:type="gramEnd"/>
            <w:r w:rsidRPr="00547F6E">
              <w:rPr>
                <w:rFonts w:ascii="Georgia" w:hAnsi="Georgia"/>
                <w:b/>
                <w:color w:val="4A148C"/>
                <w:sz w:val="18"/>
              </w:rPr>
              <w:br/>
            </w:r>
            <w:r w:rsidRPr="00547F6E">
              <w:rPr>
                <w:rFonts w:ascii="Georgia" w:hAnsi="Georgia"/>
                <w:color w:val="787878"/>
                <w:sz w:val="18"/>
              </w:rPr>
              <w:t>( ..... : ..... )</w:t>
            </w: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9F6F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9F6F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9F6F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9F6F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9F6F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</w:tr>
      <w:tr w:rsidR="0088225A" w:rsidRPr="00547F6E" w:rsidTr="00547F6E">
        <w:trPr>
          <w:trHeight w:val="582"/>
          <w:jc w:val="center"/>
        </w:trPr>
        <w:tc>
          <w:tcPr>
            <w:tcW w:w="2636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E8E0F0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88225A" w:rsidRPr="00547F6E" w:rsidRDefault="00547F6E">
            <w:pPr>
              <w:jc w:val="center"/>
              <w:rPr>
                <w:sz w:val="18"/>
              </w:rPr>
            </w:pPr>
            <w:r w:rsidRPr="00547F6E">
              <w:rPr>
                <w:rFonts w:ascii="Georgia" w:hAnsi="Georgia"/>
                <w:b/>
                <w:color w:val="4A148C"/>
                <w:sz w:val="18"/>
              </w:rPr>
              <w:t xml:space="preserve">4. </w:t>
            </w:r>
            <w:proofErr w:type="gramStart"/>
            <w:r w:rsidRPr="00547F6E">
              <w:rPr>
                <w:rFonts w:ascii="Georgia" w:hAnsi="Georgia"/>
                <w:b/>
                <w:color w:val="4A148C"/>
                <w:sz w:val="18"/>
              </w:rPr>
              <w:t>Ders</w:t>
            </w:r>
            <w:proofErr w:type="gramEnd"/>
            <w:r w:rsidRPr="00547F6E">
              <w:rPr>
                <w:rFonts w:ascii="Georgia" w:hAnsi="Georgia"/>
                <w:b/>
                <w:color w:val="4A148C"/>
                <w:sz w:val="18"/>
              </w:rPr>
              <w:br/>
            </w:r>
            <w:r w:rsidRPr="00547F6E">
              <w:rPr>
                <w:rFonts w:ascii="Georgia" w:hAnsi="Georgia"/>
                <w:color w:val="787878"/>
                <w:sz w:val="18"/>
              </w:rPr>
              <w:t>( ..... : ..... )</w:t>
            </w: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FFFFF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FFFFF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FFFFF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FFFFF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FFFFF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</w:tr>
      <w:tr w:rsidR="0088225A" w:rsidRPr="00547F6E" w:rsidTr="00547F6E">
        <w:trPr>
          <w:trHeight w:val="570"/>
          <w:jc w:val="center"/>
        </w:trPr>
        <w:tc>
          <w:tcPr>
            <w:tcW w:w="2636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E8E0F0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88225A" w:rsidRPr="00547F6E" w:rsidRDefault="00547F6E">
            <w:pPr>
              <w:jc w:val="center"/>
              <w:rPr>
                <w:sz w:val="18"/>
              </w:rPr>
            </w:pPr>
            <w:r w:rsidRPr="00547F6E">
              <w:rPr>
                <w:rFonts w:ascii="Georgia" w:hAnsi="Georgia"/>
                <w:b/>
                <w:color w:val="4A148C"/>
                <w:sz w:val="18"/>
              </w:rPr>
              <w:t xml:space="preserve">5. </w:t>
            </w:r>
            <w:proofErr w:type="gramStart"/>
            <w:r w:rsidRPr="00547F6E">
              <w:rPr>
                <w:rFonts w:ascii="Georgia" w:hAnsi="Georgia"/>
                <w:b/>
                <w:color w:val="4A148C"/>
                <w:sz w:val="18"/>
              </w:rPr>
              <w:t>Ders</w:t>
            </w:r>
            <w:proofErr w:type="gramEnd"/>
            <w:r w:rsidRPr="00547F6E">
              <w:rPr>
                <w:rFonts w:ascii="Georgia" w:hAnsi="Georgia"/>
                <w:b/>
                <w:color w:val="4A148C"/>
                <w:sz w:val="18"/>
              </w:rPr>
              <w:br/>
            </w:r>
            <w:r w:rsidRPr="00547F6E">
              <w:rPr>
                <w:rFonts w:ascii="Georgia" w:hAnsi="Georgia"/>
                <w:color w:val="787878"/>
                <w:sz w:val="18"/>
              </w:rPr>
              <w:t>( ..... : ..... )</w:t>
            </w: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9F6F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9F6F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9F6F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9F6F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9F6F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</w:tr>
      <w:tr w:rsidR="0088225A" w:rsidRPr="00547F6E" w:rsidTr="00547F6E">
        <w:trPr>
          <w:trHeight w:val="582"/>
          <w:jc w:val="center"/>
        </w:trPr>
        <w:tc>
          <w:tcPr>
            <w:tcW w:w="2636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E8E0F0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88225A" w:rsidRPr="00547F6E" w:rsidRDefault="00547F6E">
            <w:pPr>
              <w:jc w:val="center"/>
              <w:rPr>
                <w:sz w:val="18"/>
              </w:rPr>
            </w:pPr>
            <w:r w:rsidRPr="00547F6E">
              <w:rPr>
                <w:rFonts w:ascii="Georgia" w:hAnsi="Georgia"/>
                <w:b/>
                <w:color w:val="4A148C"/>
                <w:sz w:val="18"/>
              </w:rPr>
              <w:t xml:space="preserve">6. </w:t>
            </w:r>
            <w:proofErr w:type="gramStart"/>
            <w:r w:rsidRPr="00547F6E">
              <w:rPr>
                <w:rFonts w:ascii="Georgia" w:hAnsi="Georgia"/>
                <w:b/>
                <w:color w:val="4A148C"/>
                <w:sz w:val="18"/>
              </w:rPr>
              <w:t>Ders</w:t>
            </w:r>
            <w:proofErr w:type="gramEnd"/>
            <w:r w:rsidRPr="00547F6E">
              <w:rPr>
                <w:rFonts w:ascii="Georgia" w:hAnsi="Georgia"/>
                <w:b/>
                <w:color w:val="4A148C"/>
                <w:sz w:val="18"/>
              </w:rPr>
              <w:br/>
            </w:r>
            <w:r w:rsidRPr="00547F6E">
              <w:rPr>
                <w:rFonts w:ascii="Georgia" w:hAnsi="Georgia"/>
                <w:color w:val="787878"/>
                <w:sz w:val="18"/>
              </w:rPr>
              <w:t>( ..... : ..... )</w:t>
            </w: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FFFFF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FFFFF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FFFFF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FFFFF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FFFFF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</w:tr>
      <w:tr w:rsidR="0088225A" w:rsidRPr="00547F6E" w:rsidTr="00547F6E">
        <w:trPr>
          <w:trHeight w:val="570"/>
          <w:jc w:val="center"/>
        </w:trPr>
        <w:tc>
          <w:tcPr>
            <w:tcW w:w="2636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E8E0F0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88225A" w:rsidRPr="00547F6E" w:rsidRDefault="00547F6E">
            <w:pPr>
              <w:jc w:val="center"/>
              <w:rPr>
                <w:sz w:val="18"/>
              </w:rPr>
            </w:pPr>
            <w:r w:rsidRPr="00547F6E">
              <w:rPr>
                <w:rFonts w:ascii="Georgia" w:hAnsi="Georgia"/>
                <w:b/>
                <w:color w:val="4A148C"/>
                <w:sz w:val="18"/>
              </w:rPr>
              <w:t xml:space="preserve">7. </w:t>
            </w:r>
            <w:proofErr w:type="gramStart"/>
            <w:r w:rsidRPr="00547F6E">
              <w:rPr>
                <w:rFonts w:ascii="Georgia" w:hAnsi="Georgia"/>
                <w:b/>
                <w:color w:val="4A148C"/>
                <w:sz w:val="18"/>
              </w:rPr>
              <w:t>Ders</w:t>
            </w:r>
            <w:proofErr w:type="gramEnd"/>
            <w:r w:rsidRPr="00547F6E">
              <w:rPr>
                <w:rFonts w:ascii="Georgia" w:hAnsi="Georgia"/>
                <w:b/>
                <w:color w:val="4A148C"/>
                <w:sz w:val="18"/>
              </w:rPr>
              <w:br/>
            </w:r>
            <w:r w:rsidRPr="00547F6E">
              <w:rPr>
                <w:rFonts w:ascii="Georgia" w:hAnsi="Georgia"/>
                <w:color w:val="787878"/>
                <w:sz w:val="18"/>
              </w:rPr>
              <w:t>( ..... : ..... )</w:t>
            </w: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9F6F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9F6F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9F6F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9F6F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9F6FC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</w:tr>
      <w:tr w:rsidR="0088225A" w:rsidRPr="00547F6E" w:rsidTr="00547F6E">
        <w:trPr>
          <w:trHeight w:val="570"/>
          <w:jc w:val="center"/>
        </w:trPr>
        <w:tc>
          <w:tcPr>
            <w:tcW w:w="2636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E8E0F0"/>
            <w:tcMar>
              <w:top w:w="120" w:type="dxa"/>
              <w:left w:w="150" w:type="dxa"/>
              <w:bottom w:w="120" w:type="dxa"/>
              <w:right w:w="150" w:type="dxa"/>
            </w:tcMar>
          </w:tcPr>
          <w:p w:rsidR="0088225A" w:rsidRPr="00547F6E" w:rsidRDefault="00547F6E">
            <w:pPr>
              <w:jc w:val="center"/>
              <w:rPr>
                <w:sz w:val="18"/>
              </w:rPr>
            </w:pPr>
            <w:r w:rsidRPr="00547F6E">
              <w:rPr>
                <w:rFonts w:ascii="Georgia" w:hAnsi="Georgia"/>
                <w:b/>
                <w:color w:val="4A148C"/>
                <w:sz w:val="18"/>
              </w:rPr>
              <w:t xml:space="preserve">8. </w:t>
            </w:r>
            <w:proofErr w:type="gramStart"/>
            <w:r w:rsidRPr="00547F6E">
              <w:rPr>
                <w:rFonts w:ascii="Georgia" w:hAnsi="Georgia"/>
                <w:b/>
                <w:color w:val="4A148C"/>
                <w:sz w:val="18"/>
              </w:rPr>
              <w:t>Ders</w:t>
            </w:r>
            <w:proofErr w:type="gramEnd"/>
            <w:r w:rsidRPr="00547F6E">
              <w:rPr>
                <w:rFonts w:ascii="Georgia" w:hAnsi="Georgia"/>
                <w:b/>
                <w:color w:val="4A148C"/>
                <w:sz w:val="18"/>
              </w:rPr>
              <w:br/>
            </w:r>
            <w:r w:rsidRPr="00547F6E">
              <w:rPr>
                <w:rFonts w:ascii="Georgia" w:hAnsi="Georgia"/>
                <w:color w:val="787878"/>
                <w:sz w:val="18"/>
              </w:rPr>
              <w:t>( ..... : ..... )</w:t>
            </w: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FFFFF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FFFFF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FFFFF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FFFFF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  <w:tc>
          <w:tcPr>
            <w:tcW w:w="2197" w:type="dxa"/>
            <w:tcBorders>
              <w:top w:val="single" w:sz="4" w:space="0" w:color="D4AF37"/>
              <w:left w:val="single" w:sz="4" w:space="0" w:color="D4AF37"/>
              <w:bottom w:val="single" w:sz="4" w:space="0" w:color="D4AF37"/>
              <w:right w:val="single" w:sz="4" w:space="0" w:color="D4AF37"/>
            </w:tcBorders>
            <w:shd w:val="clear" w:color="auto" w:fill="FFFFFF"/>
            <w:tcMar>
              <w:top w:w="140" w:type="dxa"/>
              <w:left w:w="150" w:type="dxa"/>
              <w:bottom w:w="140" w:type="dxa"/>
              <w:right w:w="150" w:type="dxa"/>
            </w:tcMar>
          </w:tcPr>
          <w:p w:rsidR="0088225A" w:rsidRPr="00547F6E" w:rsidRDefault="0088225A">
            <w:pPr>
              <w:jc w:val="center"/>
              <w:rPr>
                <w:sz w:val="18"/>
              </w:rPr>
            </w:pPr>
          </w:p>
        </w:tc>
      </w:tr>
    </w:tbl>
    <w:p w:rsidR="0088225A" w:rsidRDefault="00547F6E">
      <w:pPr>
        <w:spacing w:before="400"/>
        <w:jc w:val="right"/>
      </w:pPr>
      <w:proofErr w:type="spellStart"/>
      <w:r>
        <w:rPr>
          <w:rFonts w:ascii="Georgia" w:hAnsi="Georgia"/>
          <w:i/>
          <w:color w:val="646464"/>
          <w:sz w:val="20"/>
        </w:rPr>
        <w:t>Okul</w:t>
      </w:r>
      <w:proofErr w:type="spellEnd"/>
      <w:r>
        <w:rPr>
          <w:rFonts w:ascii="Georgia" w:hAnsi="Georgia"/>
          <w:i/>
          <w:color w:val="646464"/>
          <w:sz w:val="20"/>
        </w:rPr>
        <w:t xml:space="preserve"> </w:t>
      </w:r>
      <w:proofErr w:type="spellStart"/>
      <w:r>
        <w:rPr>
          <w:rFonts w:ascii="Georgia" w:hAnsi="Georgia"/>
          <w:i/>
          <w:color w:val="646464"/>
          <w:sz w:val="20"/>
        </w:rPr>
        <w:t>Yönetimi</w:t>
      </w:r>
      <w:proofErr w:type="spellEnd"/>
      <w:r>
        <w:rPr>
          <w:rFonts w:ascii="Georgia" w:hAnsi="Georgia"/>
          <w:i/>
          <w:color w:val="646464"/>
          <w:sz w:val="20"/>
        </w:rPr>
        <w:t xml:space="preserve"> / </w:t>
      </w:r>
      <w:proofErr w:type="spellStart"/>
      <w:r>
        <w:rPr>
          <w:rFonts w:ascii="Georgia" w:hAnsi="Georgia"/>
          <w:i/>
          <w:color w:val="646464"/>
          <w:sz w:val="20"/>
        </w:rPr>
        <w:t>Onay</w:t>
      </w:r>
      <w:proofErr w:type="spellEnd"/>
      <w:r>
        <w:rPr>
          <w:rFonts w:ascii="Georgia" w:hAnsi="Georgia"/>
          <w:i/>
          <w:color w:val="646464"/>
          <w:sz w:val="20"/>
        </w:rPr>
        <w:br/>
        <w:t>İmza / Mühür</w:t>
      </w:r>
    </w:p>
    <w:sectPr w:rsidR="0088225A" w:rsidSect="00547F6E">
      <w:pgSz w:w="15840" w:h="12240" w:orient="landscape"/>
      <w:pgMar w:top="567" w:right="737" w:bottom="567" w:left="73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547F6E"/>
    <w:rsid w:val="0088225A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KonuBal">
    <w:name w:val="Subtitle"/>
    <w:basedOn w:val="Normal"/>
    <w:next w:val="Normal"/>
    <w:link w:val="AltKonuBal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KonuBalChar">
    <w:name w:val="Alt Konu Başlığı Char"/>
    <w:basedOn w:val="VarsaylanParagrafYazTipi"/>
    <w:link w:val="AltKonuBal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Trnak">
    <w:name w:val="Quote"/>
    <w:basedOn w:val="Normal"/>
    <w:next w:val="Normal"/>
    <w:link w:val="TrnakChar"/>
    <w:uiPriority w:val="29"/>
    <w:qFormat/>
    <w:rsid w:val="00FC693F"/>
    <w:rPr>
      <w:i/>
      <w:iCs/>
      <w:color w:val="000000" w:themeColor="text1"/>
    </w:rPr>
  </w:style>
  <w:style w:type="character" w:customStyle="1" w:styleId="TrnakChar">
    <w:name w:val="Tırnak Char"/>
    <w:basedOn w:val="VarsaylanParagrafYazTipi"/>
    <w:link w:val="Trnak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KeskinTrnak">
    <w:name w:val="Intense Quote"/>
    <w:basedOn w:val="Normal"/>
    <w:next w:val="Normal"/>
    <w:link w:val="KeskinTrnak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eskinTrnakChar">
    <w:name w:val="Keskin Tırnak Char"/>
    <w:basedOn w:val="VarsaylanParagrafYazTipi"/>
    <w:link w:val="KeskinTrnak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9E68931-ED71-46BF-AFE9-5852890E2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74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495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Windows Kullanıcısı</cp:lastModifiedBy>
  <cp:revision>2</cp:revision>
  <dcterms:created xsi:type="dcterms:W3CDTF">2013-12-23T23:15:00Z</dcterms:created>
  <dcterms:modified xsi:type="dcterms:W3CDTF">2026-10-31T16:30:00Z</dcterms:modified>
  <cp:category/>
</cp:coreProperties>
</file>