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92"/>
      </w:tblGrid>
      <w:tr w:rsidR="007973BB">
        <w:trPr>
          <w:jc w:val="center"/>
        </w:trPr>
        <w:tc>
          <w:tcPr>
            <w:tcW w:w="9792" w:type="dxa"/>
            <w:tcBorders>
              <w:top w:val="double" w:sz="24" w:space="0" w:color="B71C1C"/>
              <w:left w:val="double" w:sz="24" w:space="0" w:color="B71C1C"/>
              <w:bottom w:val="double" w:sz="24" w:space="0" w:color="B71C1C"/>
              <w:right w:val="double" w:sz="24" w:space="0" w:color="B71C1C"/>
            </w:tcBorders>
            <w:shd w:val="clear" w:color="auto" w:fill="FAFAFA"/>
          </w:tcPr>
          <w:p w:rsidR="007973BB" w:rsidRDefault="00682ABE">
            <w:pPr>
              <w:jc w:val="center"/>
            </w:pPr>
            <w:r>
              <w:rPr>
                <w:rFonts w:ascii="Georgia" w:hAnsi="Georgia"/>
                <w:color w:val="D4AF37"/>
                <w:sz w:val="26"/>
              </w:rPr>
              <w:br/>
            </w:r>
            <w:r>
              <w:rPr>
                <w:rFonts w:ascii="Georgia" w:hAnsi="Georgia"/>
                <w:color w:val="D4AF37"/>
                <w:sz w:val="26"/>
              </w:rPr>
              <w:br/>
            </w:r>
          </w:p>
          <w:p w:rsidR="007973BB" w:rsidRDefault="00682ABE">
            <w:pPr>
              <w:jc w:val="center"/>
            </w:pPr>
            <w:r>
              <w:rPr>
                <w:rFonts w:ascii="Georgia" w:hAnsi="Georgia"/>
                <w:b/>
                <w:color w:val="B71C1C"/>
                <w:sz w:val="48"/>
              </w:rPr>
              <w:t>İSTİKLÂL MARŞI</w:t>
            </w:r>
            <w:r>
              <w:rPr>
                <w:rFonts w:ascii="Georgia" w:hAnsi="Georgia"/>
                <w:b/>
                <w:color w:val="B71C1C"/>
                <w:sz w:val="48"/>
              </w:rPr>
              <w:br/>
            </w:r>
          </w:p>
          <w:p w:rsidR="007973BB" w:rsidRDefault="00682ABE">
            <w:pPr>
              <w:jc w:val="center"/>
            </w:pPr>
            <w:r>
              <w:rPr>
                <w:color w:val="D4AF37"/>
              </w:rPr>
              <w:t>───────────────</w:t>
            </w:r>
            <w:r>
              <w:rPr>
                <w:color w:val="D4AF37"/>
              </w:rPr>
              <w:t>──────────────</w:t>
            </w:r>
            <w:r>
              <w:rPr>
                <w:color w:val="D4AF37"/>
              </w:rPr>
              <w:br/>
            </w: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608"/>
              <w:gridCol w:w="4608"/>
            </w:tblGrid>
            <w:tr w:rsidR="007973BB">
              <w:trPr>
                <w:jc w:val="center"/>
              </w:trPr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Korkma, sönmez bu şafaklarda yüzen al sancak;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Sönmeden yurdumun üstünde tüten en son ocak.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O benim milletimin yıldızıdır, parlayacak;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 xml:space="preserve">O benimdir, o benim 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>milletimindir ancak.</w:t>
                  </w:r>
                </w:p>
              </w:tc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Çatma, kurban olayım, çehreni ey nazlı hilâl!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Kahraman ırkıma bir gül! Ne bu şiddet, bu celâl?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Sana olmaz dökülen kanlarımız sonra helâl...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Hakkıdır, Hakk'a tapan, milletimin istiklâl!</w:t>
                  </w:r>
                </w:p>
              </w:tc>
            </w:tr>
            <w:tr w:rsidR="007973BB">
              <w:trPr>
                <w:jc w:val="center"/>
              </w:trPr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Ben ezelden beridir hür yaşadım, hür yaşarım.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Han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>gi çılgın bana zincir vuracakmış? Şaşarım!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Kükremiş sel gibiyim, bendimi çiğner, aşarım.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Yırtarım dağları, enginlere sığmam, taşarım.</w:t>
                  </w:r>
                </w:p>
              </w:tc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Garbın âfâkını sarmışsa çelik zırhlı duvar,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Benim iman dolu göğsüm gibi serhaddim var.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Ulusun, korkma! Nasıl böyle bir ima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>nı boğar,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"Medeniyet!" dediğin tek dişi kalmış canavar?</w:t>
                  </w:r>
                </w:p>
              </w:tc>
            </w:tr>
            <w:tr w:rsidR="007973BB">
              <w:trPr>
                <w:jc w:val="center"/>
              </w:trPr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Arkadaş! Yurduma alçakları uğratma, sakın.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Siper et gövdeni, dursun bu hayâsızca akın.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Doğacaktır sana va'dettiği günler Hakk'ın...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Kim bilir, belki yarın, belki yarından da yakın.</w:t>
                  </w:r>
                </w:p>
              </w:tc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Bastığın yerleri "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>toprak!" diyerek geçme, tanı: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Düşün altında binlerce kefensiz yatanı.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Sen şehit oğlusun, incitme, yazıktır, atanı: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Verme, dünyaları alsan da, bu cennet vatanı.</w:t>
                  </w:r>
                </w:p>
              </w:tc>
            </w:tr>
            <w:tr w:rsidR="007973BB">
              <w:trPr>
                <w:jc w:val="center"/>
              </w:trPr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Kim bu cennet vatanın uğruna olmaz ki fedâ?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Şühadâ fışkıracak toprağı sıksan, şühadâ!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Cânı, cân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>ânı, bütün varımı alsın da Hudâ,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Etmesin tek vatanımdan beni dünyada cüdâ.</w:t>
                  </w:r>
                </w:p>
              </w:tc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Ruhumun senden, İlâhî, şudur ancak emeli: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Değmesin mâbedimin göğsüne nâmahrem eli.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Bu ezanlar-ki şehadetleri dinin temeli-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Ebedî yurdumun üstünde benim inlemeli.</w:t>
                  </w:r>
                </w:p>
              </w:tc>
            </w:tr>
            <w:tr w:rsidR="007973BB">
              <w:trPr>
                <w:jc w:val="center"/>
              </w:trPr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O zaman vecd ile b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>in secde eder-varsa-taşım,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Her cerîhamdan, İlâhî, boşanıp kanlı yaşım,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Fışkırır ruh-ı mücerred gibi yerden na'şım;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O zaman yükselerek arşa değer belki başım.</w:t>
                  </w:r>
                </w:p>
              </w:tc>
              <w:tc>
                <w:tcPr>
                  <w:tcW w:w="4608" w:type="dxa"/>
                </w:tcPr>
                <w:p w:rsidR="007973BB" w:rsidRDefault="00682ABE">
                  <w:pPr>
                    <w:spacing w:after="160"/>
                  </w:pPr>
                  <w:r>
                    <w:rPr>
                      <w:rFonts w:ascii="Georgia" w:hAnsi="Georgia"/>
                      <w:color w:val="1E1E1E"/>
                      <w:sz w:val="19"/>
                    </w:rPr>
                    <w:t>Dalgalan sen de şafaklar gibi ey şanlı hilâl!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Olsun artık dökülen kanlarımın hepsi helâl.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Ebediyen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t xml:space="preserve"> sana yok, ırkıma yok izmihlâl: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Hakkıdır, hür yaşamış, bayrağımın hürriyet;</w:t>
                  </w:r>
                  <w:r>
                    <w:rPr>
                      <w:rFonts w:ascii="Georgia" w:hAnsi="Georgia"/>
                      <w:color w:val="1E1E1E"/>
                      <w:sz w:val="19"/>
                    </w:rPr>
                    <w:br/>
                    <w:t>Hakkıdır, Hakk'a tapan, milletimin istiklâl!</w:t>
                  </w:r>
                </w:p>
              </w:tc>
            </w:tr>
          </w:tbl>
          <w:p w:rsidR="007973BB" w:rsidRDefault="007973BB"/>
          <w:p w:rsidR="007973BB" w:rsidRDefault="00682ABE">
            <w:pPr>
              <w:spacing w:before="160"/>
              <w:jc w:val="right"/>
            </w:pPr>
            <w:r>
              <w:rPr>
                <w:rFonts w:ascii="Georgia" w:hAnsi="Georgia"/>
                <w:b/>
                <w:i/>
                <w:color w:val="B71C1C"/>
              </w:rPr>
              <w:t xml:space="preserve">Mehmet Akif ERSOY    </w:t>
            </w:r>
          </w:p>
          <w:p w:rsidR="007973BB" w:rsidRDefault="00682ABE">
            <w:pPr>
              <w:jc w:val="center"/>
            </w:pPr>
            <w:bookmarkStart w:id="0" w:name="_GoBack"/>
            <w:bookmarkEnd w:id="0"/>
            <w:r>
              <w:rPr>
                <w:rFonts w:ascii="Georgia" w:hAnsi="Georgia"/>
                <w:color w:val="D4AF37"/>
                <w:sz w:val="26"/>
              </w:rPr>
              <w:br/>
            </w:r>
          </w:p>
        </w:tc>
      </w:tr>
    </w:tbl>
    <w:p w:rsidR="00682ABE" w:rsidRDefault="00682ABE"/>
    <w:sectPr w:rsidR="00682ABE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82ABE"/>
    <w:rsid w:val="007973BB"/>
    <w:rsid w:val="00AA1D8D"/>
    <w:rsid w:val="00B47730"/>
    <w:rsid w:val="00CB0664"/>
    <w:rsid w:val="00D64A3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F7C275-A0A5-46E1-8FF0-0C8CF9983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1886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2</cp:revision>
  <dcterms:created xsi:type="dcterms:W3CDTF">2013-12-23T23:15:00Z</dcterms:created>
  <dcterms:modified xsi:type="dcterms:W3CDTF">2026-11-01T15:13:00Z</dcterms:modified>
  <cp:category/>
</cp:coreProperties>
</file>